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9-SINF 1-CHORAK MONITORING TESTLARI</w:t>
      </w:r>
    </w:p>
    <w:p>
      <w:pPr>
        <w:pStyle w:val="Heading1"/>
      </w:pPr>
      <w:r>
        <w:t>FAN: KIMYO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O'quvchining ismi va familiyasi</w:t>
            </w:r>
          </w:p>
        </w:tc>
        <w:tc>
          <w:tcPr>
            <w:tcW w:type="dxa" w:w="2160"/>
          </w:tcPr>
          <w:p>
            <w:r>
              <w:t>Sinf</w:t>
            </w:r>
          </w:p>
        </w:tc>
        <w:tc>
          <w:tcPr>
            <w:tcW w:type="dxa" w:w="2160"/>
          </w:tcPr>
          <w:p>
            <w:r>
              <w:t>Sana</w:t>
            </w:r>
          </w:p>
        </w:tc>
        <w:tc>
          <w:tcPr>
            <w:tcW w:type="dxa" w:w="2160"/>
          </w:tcPr>
          <w:p>
            <w:r>
              <w:t>Baho / Ball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9-___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___ / 15 </w:t>
            </w:r>
          </w:p>
        </w:tc>
      </w:tr>
    </w:tbl>
    <w:p>
      <w:r>
        <w:br/>
      </w:r>
    </w:p>
    <w:p>
      <w:pPr>
        <w:pStyle w:val="Heading1"/>
      </w:pPr>
      <w:r>
        <w:t>1-VARIANT</w:t>
      </w:r>
    </w:p>
    <w:p>
      <w:r>
        <w:t>1. Kimyoviy elementlarning davriy qonuni kim tomonidan kashf etilgan?</w:t>
      </w:r>
    </w:p>
    <w:p>
      <w:r>
        <w:t>A) M. Lomonosov B) D.I. Mendeleyev C) A. Butlerov D) E. Rezerford</w:t>
      </w:r>
    </w:p>
    <w:p>
      <w:r>
        <w:t>2. Bir xil metallmas atomlari orasida qanday bog'lanish hosil bo'ladi?</w:t>
      </w:r>
    </w:p>
    <w:p>
      <w:r>
        <w:t>A) Ionli B) Kovalent qutbli C) Kovalent qutbsiz D) Metall</w:t>
      </w:r>
    </w:p>
    <w:p>
      <w:r>
        <w:t>3. Suvda eriganda yoki suyuqlanganda elektr tokini o'tkazadigan moddalar qanday ataladi?</w:t>
      </w:r>
    </w:p>
    <w:p>
      <w:r>
        <w:t>A) Izotoplar B) Noelektrolitlar C) Elektrolitlar D) Polimerlar</w:t>
      </w:r>
    </w:p>
    <w:p>
      <w:r>
        <w:t>4. Osh tuzi (NaCl) molekulasida qanday kimyoviy bog'lanish mavjud?</w:t>
      </w:r>
    </w:p>
    <w:p>
      <w:r>
        <w:t>A) Ionli B) Kovalent C) Metall D) Vodorod</w:t>
      </w:r>
    </w:p>
    <w:p>
      <w:r>
        <w:t>5. Kislotalar dissotsiatsiyalanishi natijasida qanday kation hosil bo'ladi?</w:t>
      </w:r>
    </w:p>
    <w:p>
      <w:r>
        <w:t>A) OH- B) Na+ C) H+ D) Cl-</w:t>
      </w:r>
    </w:p>
    <w:p>
      <w:r>
        <w:t>6. Turli xil metallmas atomlari orasida hosil bo'ladigan bog'lanish nima deyiladi?</w:t>
      </w:r>
    </w:p>
    <w:p>
      <w:r>
        <w:t>A) Kovalent qutbli B) Kovalent qutbsiz C) Ion D) Metall</w:t>
      </w:r>
    </w:p>
    <w:p>
      <w:r>
        <w:t>7. Suyuqlanmalari va eritmalarida elektr tokini o'tkazmaydigan moddalar nima deyiladi?</w:t>
      </w:r>
    </w:p>
    <w:p>
      <w:r>
        <w:t>A) Elektrolitlar B) Noelektrolitlar C) Kislotalar D) Tuzlar</w:t>
      </w:r>
    </w:p>
    <w:p>
      <w:r>
        <w:t>8. Ishqorlar suvda dissotsiatsiyalanishidan qanday anion hosil bo'ladi?</w:t>
      </w:r>
    </w:p>
    <w:p>
      <w:r>
        <w:t>A) Vodorod (H+) B) Gidroksid (OH-) C) Sulfat (SO4^2-) D) Xlorid (Cl-)</w:t>
      </w:r>
    </w:p>
    <w:p>
      <w:r>
        <w:t>9. Davriy sistemadagi gorizontal qatorlar nima deyiladi?</w:t>
      </w:r>
    </w:p>
    <w:p>
      <w:r>
        <w:t>A) Davrlar B) Guruhlar C) Oila D) Kichik guruhlar</w:t>
      </w:r>
    </w:p>
    <w:p>
      <w:r>
        <w:t>10. Dissotsiatsiyalanish darajasi (α) ni topish formulasi qaysi?</w:t>
      </w:r>
    </w:p>
    <w:p>
      <w:r>
        <w:t>A) α = m / M B) α = n / N C) α = v / V D) α = N / n</w:t>
      </w:r>
    </w:p>
    <w:p>
      <w:r>
        <w:t>11. Qaysi modda kuchli elektrolit hisoblanadi?</w:t>
      </w:r>
    </w:p>
    <w:p>
      <w:r>
        <w:t>A) H2CO3 B) NH4OH C) NaCl D) H2SiO3</w:t>
      </w:r>
    </w:p>
    <w:p>
      <w:r>
        <w:t>12. Ion almashinish reaksiyalari qachon oxirigacha (to'liq) boradi?</w:t>
      </w:r>
    </w:p>
    <w:p>
      <w:r>
        <w:t>A) Eritma hosil bo'lganda B) Gaz, cho'kma yoki kam dissotsiatsiyalanuvchi modda hosil bo'lganda C) Harorat ko'tarilganda D) Katalizator ishtirok etganda</w:t>
      </w:r>
    </w:p>
    <w:p>
      <w:r>
        <w:t>13. Metall bog'lanish asosan qaysi moddalarda uchraydi?</w:t>
      </w:r>
    </w:p>
    <w:p>
      <w:r>
        <w:t>A) Kislotalarda B) Asoslarda C) Metallarda va ularning qotishmalarida D) Tuzlarda</w:t>
      </w:r>
    </w:p>
    <w:p>
      <w:r>
        <w:t>14. Elementlar davriy sistemasining qisqa davrli variantida nechta guruh bor?</w:t>
      </w:r>
    </w:p>
    <w:p>
      <w:r>
        <w:t>A) 7 ta B) 8 ta C) 9 ta D) 10 ta</w:t>
      </w:r>
    </w:p>
    <w:p>
      <w:r>
        <w:t>15. Kovalent bog'lanish qanday zarrachalar ishtirokida hosil bo'ladi?</w:t>
      </w:r>
    </w:p>
    <w:p>
      <w:r>
        <w:t>A) Erkin elektronlar B) Kationlar C) Umumiy elektron juftlar D) Anionlar</w:t>
      </w:r>
    </w:p>
    <w:p>
      <w:r>
        <w:br w:type="page"/>
      </w:r>
    </w:p>
    <w:p>
      <w:pPr>
        <w:pStyle w:val="Heading1"/>
      </w:pPr>
      <w:r>
        <w:t>2-VARIANT</w:t>
      </w:r>
    </w:p>
    <w:p>
      <w:r>
        <w:t>1. D.I. Mendeleyev elementlarni davriy sistemada qanday xususiyatiga ko'ra joylashtirgan?</w:t>
      </w:r>
    </w:p>
    <w:p>
      <w:r>
        <w:t>A) Elektronlar soniga B) Atom massalarining ortib borishiga C) Valentligiga D) Zichligiga</w:t>
      </w:r>
    </w:p>
    <w:p>
      <w:r>
        <w:t>2. Kovalent qutbsiz bog'lanishli moddani toping.</w:t>
      </w:r>
    </w:p>
    <w:p>
      <w:r>
        <w:t>A) H2O B) HCl C) N2 D) NaCl</w:t>
      </w:r>
    </w:p>
    <w:p>
      <w:r>
        <w:t>3. Elektr tokini o'tkazuvchanligi bo'yicha moddalar necha guruhga bo'linadi?</w:t>
      </w:r>
    </w:p>
    <w:p>
      <w:r>
        <w:t>A) 2 guruhga B) 3 guruhga C) 4 guruhga D) Bo'linmaydi</w:t>
      </w:r>
    </w:p>
    <w:p>
      <w:r>
        <w:t>4. Ion bog'lanish asosan qaysi elementlar atomlari o'rtasida hosil bo'ladi?</w:t>
      </w:r>
    </w:p>
    <w:p>
      <w:r>
        <w:t>A) Ikkita metallmas B) Metall va metallmas C) Ikkita metall D) Inert gazlar o'rtasida</w:t>
      </w:r>
    </w:p>
    <w:p>
      <w:r>
        <w:t>5. Tuzlar dissotsiatsiyalanganda odatda qanday ionlar hosil bo'ladi?</w:t>
      </w:r>
    </w:p>
    <w:p>
      <w:r>
        <w:t>A) Faqat H+ va OH- B) Metall kationi va kislota qoldig'i anioni C) Faqat metall kationlari D) Faqat kislorod anionlari</w:t>
      </w:r>
    </w:p>
    <w:p>
      <w:r>
        <w:t>6. Suv (H2O) molekulasida qanday kimyoviy bog'lanish mavjud?</w:t>
      </w:r>
    </w:p>
    <w:p>
      <w:r>
        <w:t>A) Kovalent qutbsiz B) Metall C) Kovalent qutbli D) Ion</w:t>
      </w:r>
    </w:p>
    <w:p>
      <w:r>
        <w:t>7. Quyidagi moddalardan qaysi biri noelektrolit hisoblanadi?</w:t>
      </w:r>
    </w:p>
    <w:p>
      <w:r>
        <w:t>A) Osh tuzi eritmasi B) Shakar (qand) eritmasi C) Xlorid kislota D) O'yuvchi natriy</w:t>
      </w:r>
    </w:p>
    <w:p>
      <w:r>
        <w:t>8. Eritmada ionlarga to'liq ajraladigan moddalar qanday ataladi?</w:t>
      </w:r>
    </w:p>
    <w:p>
      <w:r>
        <w:t>A) Kuchsiz elektrolitlar B) Kuchli elektrolitlar C) Noelektrolitlar D) Amfoter moddalar</w:t>
      </w:r>
    </w:p>
    <w:p>
      <w:r>
        <w:t>9. Davriy sistemadagi vertikal ustunlar nima deyiladi?</w:t>
      </w:r>
    </w:p>
    <w:p>
      <w:r>
        <w:t>A) Davrlar B) Oila C) Guruhlar D) Bloklar</w:t>
      </w:r>
    </w:p>
    <w:p>
      <w:r>
        <w:t>10. Agar moddaning dissotsiatsiyalanish darajasi α &gt; 30% bo'lsa, u qanday elektrolit hisoblanadi?</w:t>
      </w:r>
    </w:p>
    <w:p>
      <w:r>
        <w:t>A) Kuchsiz B) O'rtacha C) Kuchli D) Noelektrolit</w:t>
      </w:r>
    </w:p>
    <w:p>
      <w:r>
        <w:t>11. Sulfat kislota (H2SO4) dissotsiatsiyalanganda nechta vodorod (H+) ioni ajraladi?</w:t>
      </w:r>
    </w:p>
    <w:p>
      <w:r>
        <w:t>A) 1 ta B) 2 ta C) 3 ta D) 4 ta</w:t>
      </w:r>
    </w:p>
    <w:p>
      <w:r>
        <w:t>12. Kuchsiz elektrolitni belgilang.</w:t>
      </w:r>
    </w:p>
    <w:p>
      <w:r>
        <w:t>A) HCl B) H2SO4 C) HNO3 D) H2CO3</w:t>
      </w:r>
    </w:p>
    <w:p>
      <w:r>
        <w:t>13. Natriy xlorid suvda eritilganda ionlarga ajralish jarayoni nima deb ataladi?</w:t>
      </w:r>
    </w:p>
    <w:p>
      <w:r>
        <w:t>A) Gidroliz B) Elektrolitik dissotsiatsiya C) Elektroliz D) Gidratatsiya</w:t>
      </w:r>
    </w:p>
    <w:p>
      <w:r>
        <w:t>14. Davriy sistemada qaysi davrlar katta davrlar hisoblanadi?</w:t>
      </w:r>
    </w:p>
    <w:p>
      <w:r>
        <w:t>A) 1, 2, 3 B) 4, 5, 6, 7 C) 2, 3 D) 1, 7</w:t>
      </w:r>
    </w:p>
    <w:p>
      <w:r>
        <w:t>15. Kovalent bog'lanish qanday mexanizmlar asosida hosil bo'ladi?</w:t>
      </w:r>
    </w:p>
    <w:p>
      <w:r>
        <w:t>A) Faqat donor-akseptor B) Almashinish va donor-akseptor C) Ion va kovalent D) Kation va anion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