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9-SINF 1-CHORAK MONITORING TESTLARI</w:t>
      </w:r>
    </w:p>
    <w:p>
      <w:pPr>
        <w:pStyle w:val="Heading1"/>
      </w:pPr>
      <w:r>
        <w:t>FAN: BIOLOGIYA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O'quvchining ismi va familiyasi</w:t>
            </w:r>
          </w:p>
        </w:tc>
        <w:tc>
          <w:tcPr>
            <w:tcW w:type="dxa" w:w="2160"/>
          </w:tcPr>
          <w:p>
            <w:r>
              <w:t>Sinf</w:t>
            </w:r>
          </w:p>
        </w:tc>
        <w:tc>
          <w:tcPr>
            <w:tcW w:type="dxa" w:w="2160"/>
          </w:tcPr>
          <w:p>
            <w:r>
              <w:t>Sana</w:t>
            </w:r>
          </w:p>
        </w:tc>
        <w:tc>
          <w:tcPr>
            <w:tcW w:type="dxa" w:w="2160"/>
          </w:tcPr>
          <w:p>
            <w:r>
              <w:t>Baho / Ball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9-___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___ / 15 </w:t>
            </w:r>
          </w:p>
        </w:tc>
      </w:tr>
    </w:tbl>
    <w:p>
      <w:r>
        <w:br/>
      </w:r>
    </w:p>
    <w:p>
      <w:pPr>
        <w:pStyle w:val="Heading1"/>
      </w:pPr>
      <w:r>
        <w:t>1-VARIANT</w:t>
      </w:r>
    </w:p>
    <w:p>
      <w:r>
        <w:t>1. Tirik organizmlarning eng kichik tarkibiy qismi nima?</w:t>
      </w:r>
    </w:p>
    <w:p>
      <w:r>
        <w:t>A) To'qima B) Organ C) Hujayra D) Organizm</w:t>
      </w:r>
    </w:p>
    <w:p>
      <w:r>
        <w:t>2. Hayotning hujayrasiz shakllariga qaysi organizmlar kiradi?</w:t>
      </w:r>
    </w:p>
    <w:p>
      <w:r>
        <w:t>A) Bakteriyalar B) Viruslar C) Zamburug'lar D) Suvo'tlar</w:t>
      </w:r>
    </w:p>
    <w:p>
      <w:r>
        <w:t>3. Prokariot organizmlarni belgilang.</w:t>
      </w:r>
    </w:p>
    <w:p>
      <w:r>
        <w:t>A) Bakteriyalar B) O'simliklar C) Hayvonlar D) Zamburug'lar</w:t>
      </w:r>
    </w:p>
    <w:p>
      <w:r>
        <w:t>4. Hujayra qobig'i xitindan iborat bo'lgan organizmlar qaysi dunyoga mansub?</w:t>
      </w:r>
    </w:p>
    <w:p>
      <w:r>
        <w:t>A) O'simliklar B) Hayvonlar C) Bakteriyalar D) Zamburug'lar</w:t>
      </w:r>
    </w:p>
    <w:p>
      <w:r>
        <w:t>5. Hujayrani birinchi marta kim kashf etgan?</w:t>
      </w:r>
    </w:p>
    <w:p>
      <w:r>
        <w:t>A) R. Guk B) A. Levenguk C) T. Shvann D) M. Shleyden</w:t>
      </w:r>
    </w:p>
    <w:p>
      <w:r>
        <w:t>6. Oqsil sintezida qatnashadigan hujayra organoidini belgilang.</w:t>
      </w:r>
    </w:p>
    <w:p>
      <w:r>
        <w:t>A) Mitoxondriya B) Ribosoma C) Lizosoma D) Golji majmuasi</w:t>
      </w:r>
    </w:p>
    <w:p>
      <w:r>
        <w:t>7. Eukariot hujayralarning prokariotlardan asosiy farqi nimada?</w:t>
      </w:r>
    </w:p>
    <w:p>
      <w:r>
        <w:t>A) Yadrosi yo'qligida B) Yadrosi borligida C) Sitoplazmasi yo'qligida D) Hujayra qobig'i yo'qligida</w:t>
      </w:r>
    </w:p>
    <w:p>
      <w:r>
        <w:t>8. Sitoplazmaning asosiy xususiyati nima?</w:t>
      </w:r>
    </w:p>
    <w:p>
      <w:r>
        <w:t>A) Oqsil sintezlash B) Energiya ajratish C) Doimiy harakatda bo'lish D) Ko'payish</w:t>
      </w:r>
    </w:p>
    <w:p>
      <w:r>
        <w:t>9. Hujayra nazariyasini kimlar yaratgan?</w:t>
      </w:r>
    </w:p>
    <w:p>
      <w:r>
        <w:t>A) R. Guk va A. Levenguk B) T. Shvann va M. Shleyden C) J.L. Byuffon va K. Linney D) Ch. Darvin va J. Lamark</w:t>
      </w:r>
    </w:p>
    <w:p>
      <w:r>
        <w:t>10. O'simlik hujayrasining hayvon hujayrasidan farq qiluvchi qismini toping.</w:t>
      </w:r>
    </w:p>
    <w:p>
      <w:r>
        <w:t>A) Yadro B) Sitoplazma C) Plastidalar (xloroplastlar) D) Ribosoma</w:t>
      </w:r>
    </w:p>
    <w:p>
      <w:r>
        <w:t>11. Bakteriyalar qanday usulda ko'payadi?</w:t>
      </w:r>
    </w:p>
    <w:p>
      <w:r>
        <w:t>A) Kurtaklanish B) Ikkiga bo'linish C) Urug'lanish D) Sporalar orqali</w:t>
      </w:r>
    </w:p>
    <w:p>
      <w:r>
        <w:t>12. Golji majmuasining asosiy vazifasi nima?</w:t>
      </w:r>
    </w:p>
    <w:p>
      <w:r>
        <w:t>A) Moddalarni to'plash va tashish B) Nafas olish C) Harakatlanish D) DNK saqlash</w:t>
      </w:r>
    </w:p>
    <w:p>
      <w:r>
        <w:t>13. Zaharli va zaharsiz turlarga ega bo'lgan eukariot organizmlar guruhini belgilang.</w:t>
      </w:r>
    </w:p>
    <w:p>
      <w:r>
        <w:t>A) Bakteriyalar B) Viruslar C) O'simliklar D) Zamburug'lar</w:t>
      </w:r>
    </w:p>
    <w:p>
      <w:r>
        <w:t>14. Hayotning eng yuqori tuzilish darajasi qaysi?</w:t>
      </w:r>
    </w:p>
    <w:p>
      <w:r>
        <w:t>A) Molekulyar B) Hujayraviy C) Populyatsiya-tur D) Biosfera</w:t>
      </w:r>
    </w:p>
    <w:p>
      <w:r>
        <w:t>15. Zamburug'larni o'rganuvchi fan qanday ataladi?</w:t>
      </w:r>
    </w:p>
    <w:p>
      <w:r>
        <w:t>A) Botanika B) Zoologiya C) Mikologiya D) Mikrobiologiya</w:t>
      </w:r>
    </w:p>
    <w:p>
      <w:r>
        <w:br w:type="page"/>
      </w:r>
    </w:p>
    <w:p>
      <w:pPr>
        <w:pStyle w:val="Heading1"/>
      </w:pPr>
      <w:r>
        <w:t>2-VARIANT</w:t>
      </w:r>
    </w:p>
    <w:p>
      <w:r>
        <w:t>1. Tiriklik tuzilish darajalarining eng quyi (boshlang'ich) darajasi qaysi?</w:t>
      </w:r>
    </w:p>
    <w:p>
      <w:r>
        <w:t>A) Molekulyar B) Hujayraviy C) To'qima D) Organ</w:t>
      </w:r>
    </w:p>
    <w:p>
      <w:r>
        <w:t>2. Viruslarni kim kashf etgan?</w:t>
      </w:r>
    </w:p>
    <w:p>
      <w:r>
        <w:t>A) D.I. Ivanovskiy B) R. Guk C) A. Levenguk D) L. Paster</w:t>
      </w:r>
    </w:p>
    <w:p>
      <w:r>
        <w:t>3. Yadroga ega bo'lmagan hujayralar qanday ataladi?</w:t>
      </w:r>
    </w:p>
    <w:p>
      <w:r>
        <w:t>A) Eukariotlar B) Prokariotlar C) Viruslar D) Bakteriofaglar</w:t>
      </w:r>
    </w:p>
    <w:p>
      <w:r>
        <w:t>4. Hujayra markazi qaysi organizm hujayralarida uchramaydi?</w:t>
      </w:r>
    </w:p>
    <w:p>
      <w:r>
        <w:t>A) Odamlarda B) Hayvonlarda C) Yuksak o'simliklarda D) Tuban o'simliklarda</w:t>
      </w:r>
    </w:p>
    <w:p>
      <w:r>
        <w:t>5. "Hujayra" atamasini fanga kim kiritgan?</w:t>
      </w:r>
    </w:p>
    <w:p>
      <w:r>
        <w:t>A) T. Shvann B) R. Virxov C) R. Guk D) A. Levenguk</w:t>
      </w:r>
    </w:p>
    <w:p>
      <w:r>
        <w:t>6. Ribosoma hujayrada qanday vazifani bajaradi?</w:t>
      </w:r>
    </w:p>
    <w:p>
      <w:r>
        <w:t>A) Oqsil sintezi B) Yog' parchalash C) Fotosintez D) Qisqarish</w:t>
      </w:r>
    </w:p>
    <w:p>
      <w:r>
        <w:t>7. Qaysi xususiyat faqat tirik organizmlarga xos?</w:t>
      </w:r>
    </w:p>
    <w:p>
      <w:r>
        <w:t>A) Yemirilish B) O'sish va moddalar almashinuvi C) Erish D) Bug'lanish</w:t>
      </w:r>
    </w:p>
    <w:p>
      <w:r>
        <w:t>8. Evolutsiya jarayoni tiriklikning qaysi darajasida boshlanadi?</w:t>
      </w:r>
    </w:p>
    <w:p>
      <w:r>
        <w:t>A) Organizm B) Populyatsiya-tur C) Biogeotsenotik D) Biosfera</w:t>
      </w:r>
    </w:p>
    <w:p>
      <w:r>
        <w:t>9. Bakteriyalarni o'rganuvchi fan qanday ataladi?</w:t>
      </w:r>
    </w:p>
    <w:p>
      <w:r>
        <w:t>A) Virusologiya B) Bakteriologiya C) Mikologiya D) Algologiya</w:t>
      </w:r>
    </w:p>
    <w:p>
      <w:r>
        <w:t>10. O'simliklarning asosiy oziqlanish xususiyati nimadan iborat?</w:t>
      </w:r>
    </w:p>
    <w:p>
      <w:r>
        <w:t>A) Geterotrof B) Avtotrof (fotosintez) C) Saprofit D) Parazit</w:t>
      </w:r>
    </w:p>
    <w:p>
      <w:r>
        <w:t>11. Endoplazmatik to'rning qanday turlari mavjud?</w:t>
      </w:r>
    </w:p>
    <w:p>
      <w:r>
        <w:t>A) Katta va kichik B) Silliq va donador C) Uzun va qisqa D) Bo'yalgan va bo'yalmagan</w:t>
      </w:r>
    </w:p>
    <w:p>
      <w:r>
        <w:t>12. Barcha tirik organizmlar hujayradan tuzilganligi qaysi nazariyada aks etgan?</w:t>
      </w:r>
    </w:p>
    <w:p>
      <w:r>
        <w:t>A) Evolutsion nazariya B) Hujayra nazariyasi C) Gen nazariyasi D) Irsiyat nazariyasi</w:t>
      </w:r>
    </w:p>
    <w:p>
      <w:r>
        <w:t>13. Hujayra o'lchamlarini va mikroskopik ob'yektlarni o'rganishda asosan nimalardan foydalaniladi?</w:t>
      </w:r>
    </w:p>
    <w:p>
      <w:r>
        <w:t>A) Teleskop B) Mikroskop C) Lupa D) Barometr</w:t>
      </w:r>
    </w:p>
    <w:p>
      <w:r>
        <w:t>14. Lishayniklar qaysi organizmlarning simbioz yashashidan tashkil topgan?</w:t>
      </w:r>
    </w:p>
    <w:p>
      <w:r>
        <w:t>A) Suvo't va zamburug' B) Bakteriya va virus C) O'simlik va hayvon D) Zamburug' va bakteriya</w:t>
      </w:r>
    </w:p>
    <w:p>
      <w:r>
        <w:t>15. Hayvon hujayrasi qobig'ining ustki qavati nima deb ataladi?</w:t>
      </w:r>
    </w:p>
    <w:p>
      <w:r>
        <w:t>A) Sellyuloza B) Xitin C) Murein D) Glikokaliks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