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9-SINF 1-CHORAK MONITORING TESTLARI</w:t>
      </w:r>
    </w:p>
    <w:p>
      <w:pPr>
        <w:pStyle w:val="Heading1"/>
      </w:pPr>
      <w:r>
        <w:t>FAN: RUS TILI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O'quvchining ismi va familiyasi</w:t>
            </w:r>
          </w:p>
        </w:tc>
        <w:tc>
          <w:tcPr>
            <w:tcW w:type="dxa" w:w="2160"/>
          </w:tcPr>
          <w:p>
            <w:r>
              <w:t>Sinf</w:t>
            </w:r>
          </w:p>
        </w:tc>
        <w:tc>
          <w:tcPr>
            <w:tcW w:type="dxa" w:w="2160"/>
          </w:tcPr>
          <w:p>
            <w:r>
              <w:t>Sana</w:t>
            </w:r>
          </w:p>
        </w:tc>
        <w:tc>
          <w:tcPr>
            <w:tcW w:type="dxa" w:w="2160"/>
          </w:tcPr>
          <w:p>
            <w:r>
              <w:t>Baho / Ball</w:t>
            </w:r>
          </w:p>
        </w:tc>
      </w:tr>
      <w:tr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9-___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___ / 15 </w:t>
            </w:r>
          </w:p>
        </w:tc>
      </w:tr>
    </w:tbl>
    <w:p>
      <w:r>
        <w:br/>
      </w:r>
    </w:p>
    <w:p>
      <w:pPr>
        <w:pStyle w:val="Heading1"/>
      </w:pPr>
      <w:r>
        <w:t>1-VARIANT</w:t>
      </w:r>
    </w:p>
    <w:p>
      <w:r>
        <w:t>1. Как называется столица Республики Узбекистан?</w:t>
      </w:r>
    </w:p>
    <w:p>
      <w:r>
        <w:t>A) Самарканд B) Ташкент C) Бухара D) Фергана</w:t>
      </w:r>
    </w:p>
    <w:p>
      <w:r>
        <w:t>2. Какой язык является государственным в Узбекистане?</w:t>
      </w:r>
    </w:p>
    <w:p>
      <w:r>
        <w:t>A) Русский B) Английский C) Узбекский D) Таджикский</w:t>
      </w:r>
    </w:p>
    <w:p>
      <w:r>
        <w:t>3. Как называется столица Российской Федерации?</w:t>
      </w:r>
    </w:p>
    <w:p>
      <w:r>
        <w:t>A) Санкт-Петербург B) Новосибирск C) Казань D) Москва</w:t>
      </w:r>
    </w:p>
    <w:p>
      <w:r>
        <w:t>4. Какой документ является основным законом государства?</w:t>
      </w:r>
    </w:p>
    <w:p>
      <w:r>
        <w:t>A) Указ B) Закон C) Конституция D) Постановление</w:t>
      </w:r>
    </w:p>
    <w:p>
      <w:r>
        <w:t>5. В каком году была принята Конституция Республики Узбекистан?</w:t>
      </w:r>
    </w:p>
    <w:p>
      <w:r>
        <w:t>A) 1991 год B) 1992 год C) 1993 год D) 2000 год</w:t>
      </w:r>
    </w:p>
    <w:p>
      <w:r>
        <w:t>6. Кто является главой государства в Республике Узбекистан?</w:t>
      </w:r>
    </w:p>
    <w:p>
      <w:r>
        <w:t>A) Президент B) Премьер-министр C) Спикер D) Мэр</w:t>
      </w:r>
    </w:p>
    <w:p>
      <w:r>
        <w:t>7. Назовите государственные символы Узбекистана.</w:t>
      </w:r>
    </w:p>
    <w:p>
      <w:r>
        <w:t>A) Флаг, гимн, герб B) Памятники, музеи C) Монеты, купюры D) Конституция, законы</w:t>
      </w:r>
    </w:p>
    <w:p>
      <w:r>
        <w:t>8. Право на образование в Узбекистане гарантируется...</w:t>
      </w:r>
    </w:p>
    <w:p>
      <w:r>
        <w:t>A) Школой B) Конституцией C) Учителем D) Директором</w:t>
      </w:r>
    </w:p>
    <w:p>
      <w:r>
        <w:t>9. Какое право ребенка тесно связано с посещением школы?</w:t>
      </w:r>
    </w:p>
    <w:p>
      <w:r>
        <w:t>A) Право на труд B) Право на отдых C) Право на образование D) Право на медицину</w:t>
      </w:r>
    </w:p>
    <w:p>
      <w:r>
        <w:t>10. Россия расположена на материке...</w:t>
      </w:r>
    </w:p>
    <w:p>
      <w:r>
        <w:t>A) Африка B) Евразия C) Северная Америка D) Австралия</w:t>
      </w:r>
    </w:p>
    <w:p>
      <w:r>
        <w:t>11. Что означает слово «природа» на узбекском языке?</w:t>
      </w:r>
    </w:p>
    <w:p>
      <w:r>
        <w:t>A) Inson B) Hayvon C) Tabiat D) Davlat</w:t>
      </w:r>
    </w:p>
    <w:p>
      <w:r>
        <w:t>12. Найдите антоним к слову «Родина».</w:t>
      </w:r>
    </w:p>
    <w:p>
      <w:r>
        <w:t>A) Чужбина B) Отечество C) Страна D) Государство</w:t>
      </w:r>
    </w:p>
    <w:p>
      <w:r>
        <w:t>13. Как переводится слово «Государство»?</w:t>
      </w:r>
    </w:p>
    <w:p>
      <w:r>
        <w:t>A) Shahar B) Davlat C) Qishloq D) Viloyat</w:t>
      </w:r>
    </w:p>
    <w:p>
      <w:r>
        <w:t>14. Кто несет ответственность за защиту природы?</w:t>
      </w:r>
    </w:p>
    <w:p>
      <w:r>
        <w:t>A) Только ученые B) Только взрослые C) Каждый человек D) Только школьники</w:t>
      </w:r>
    </w:p>
    <w:p>
      <w:r>
        <w:t>15. Главная обязанность ученика в школе – это...</w:t>
      </w:r>
    </w:p>
    <w:p>
      <w:r>
        <w:t>A) Учиться B) Отдыхать C) Работать D) Спать</w:t>
      </w:r>
    </w:p>
    <w:p>
      <w:r>
        <w:br w:type="page"/>
      </w:r>
    </w:p>
    <w:p>
      <w:pPr>
        <w:pStyle w:val="Heading1"/>
      </w:pPr>
      <w:r>
        <w:t>2-VARIANT</w:t>
      </w:r>
    </w:p>
    <w:p>
      <w:r>
        <w:t>1. Какая страна является самой большой по площади в мире?</w:t>
      </w:r>
    </w:p>
    <w:p>
      <w:r>
        <w:t>A) Китай B) США C) Канада D) Россия</w:t>
      </w:r>
    </w:p>
    <w:p>
      <w:r>
        <w:t>2. Какой праздник отмечается в Узбекистане 1 сентября?</w:t>
      </w:r>
    </w:p>
    <w:p>
      <w:r>
        <w:t>A) День Конституции B) День Навруз C) День Независимости D) Новый год</w:t>
      </w:r>
    </w:p>
    <w:p>
      <w:r>
        <w:t>3. Что такое Конституция?</w:t>
      </w:r>
    </w:p>
    <w:p>
      <w:r>
        <w:t>A) Основной закон государства B) Учебник по истории C) Книга сказок D) Журнал</w:t>
      </w:r>
    </w:p>
    <w:p>
      <w:r>
        <w:t>4. Назовите официальный язык Российской Федерации.</w:t>
      </w:r>
    </w:p>
    <w:p>
      <w:r>
        <w:t>A) Английский B) Русский C) Узбекский D) Татарский</w:t>
      </w:r>
    </w:p>
    <w:p>
      <w:r>
        <w:t>5. В каком городе находится Красная площадь?</w:t>
      </w:r>
    </w:p>
    <w:p>
      <w:r>
        <w:t>A) В Ташкенте B) В Санкт-Петербурге C) В Москве D) В Самарканде</w:t>
      </w:r>
    </w:p>
    <w:p>
      <w:r>
        <w:t>6. Какое образование является обязательным в нашей стране?</w:t>
      </w:r>
    </w:p>
    <w:p>
      <w:r>
        <w:t>A) Высшее образование B) Общее среднее образование C) Дошкольное образование D) Только начальное</w:t>
      </w:r>
    </w:p>
    <w:p>
      <w:r>
        <w:t>7. Как переводится слово «Страна» на узбекский язык?</w:t>
      </w:r>
    </w:p>
    <w:p>
      <w:r>
        <w:t>A) Viloyat B) Qishloq C) Mamlakat D) Tuman</w:t>
      </w:r>
    </w:p>
    <w:p>
      <w:r>
        <w:t>8. Из каких цветов состоит флаг России?</w:t>
      </w:r>
    </w:p>
    <w:p>
      <w:r>
        <w:t>A) Белый, синий, красный B) Зеленый, белый, синий C) Красный, желтый, зеленый D) Синий, белый, зеленый</w:t>
      </w:r>
    </w:p>
    <w:p>
      <w:r>
        <w:t>9. Кто обязан обеспечивать права ребенка в первую очередь?</w:t>
      </w:r>
    </w:p>
    <w:p>
      <w:r>
        <w:t>A) Только учителя B) Родители и государство C) Только врачи D) Соседи</w:t>
      </w:r>
    </w:p>
    <w:p>
      <w:r>
        <w:t>10. Какое богатство дает нам природа?</w:t>
      </w:r>
    </w:p>
    <w:p>
      <w:r>
        <w:t>A) Машины и дома B) Воду, чистый воздух, растения C) Одежду и обувь D) Учебники</w:t>
      </w:r>
    </w:p>
    <w:p>
      <w:r>
        <w:t>11. Как переводится слово «Ребенок» на узбекский язык?</w:t>
      </w:r>
    </w:p>
    <w:p>
      <w:r>
        <w:t>A) Odam B) Katta C) Bola D) Oila</w:t>
      </w:r>
    </w:p>
    <w:p>
      <w:r>
        <w:t>12. Найдите синоним к слову «Отечество».</w:t>
      </w:r>
    </w:p>
    <w:p>
      <w:r>
        <w:t>A) Родина B) Город C) Улица D) Чужбина</w:t>
      </w:r>
    </w:p>
    <w:p>
      <w:r>
        <w:t>13. Что защищает Конституция?</w:t>
      </w:r>
    </w:p>
    <w:p>
      <w:r>
        <w:t>A) Права и свободы граждан B) Только права президента C) Только права учителей D) Только иностранцев</w:t>
      </w:r>
    </w:p>
    <w:p>
      <w:r>
        <w:t>14. Почему человек должен беречь природу?</w:t>
      </w:r>
    </w:p>
    <w:p>
      <w:r>
        <w:t>A) Потому что так сказали в школе B) Потому что человек - часть природы и зависит от нее C) Чтобы получить оценку D) Чтобы написать сочинение</w:t>
      </w:r>
    </w:p>
    <w:p>
      <w:r>
        <w:t>15. Из каких главных цветов состоит флаг Узбекистана?</w:t>
      </w:r>
    </w:p>
    <w:p>
      <w:r>
        <w:t>A) Синий, белый, зеленый B) Красный, синий, белый C) Желтый, зеленый, красный D) Черный, белый, красный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