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9-SINF 1-CHORAK MONITORING TESTLARI</w:t>
      </w:r>
    </w:p>
    <w:p>
      <w:pPr>
        <w:pStyle w:val="Heading1"/>
      </w:pPr>
      <w:r>
        <w:t>2-BLOK: Biologiya, Kimyo, Rus tili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O'quvchining ismi va familiyasi</w:t>
            </w:r>
          </w:p>
        </w:tc>
        <w:tc>
          <w:tcPr>
            <w:tcW w:type="dxa" w:w="2160"/>
          </w:tcPr>
          <w:p>
            <w:r>
              <w:t>Sinf</w:t>
            </w:r>
          </w:p>
        </w:tc>
        <w:tc>
          <w:tcPr>
            <w:tcW w:type="dxa" w:w="2160"/>
          </w:tcPr>
          <w:p>
            <w:r>
              <w:t>Sana</w:t>
            </w:r>
          </w:p>
        </w:tc>
        <w:tc>
          <w:tcPr>
            <w:tcW w:type="dxa" w:w="2160"/>
          </w:tcPr>
          <w:p>
            <w:r>
              <w:t>Baho / Ball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9-___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___ / 45 </w:t>
            </w:r>
          </w:p>
        </w:tc>
      </w:tr>
    </w:tbl>
    <w:p>
      <w:r>
        <w:br/>
      </w:r>
    </w:p>
    <w:p>
      <w:pPr>
        <w:pStyle w:val="Heading1"/>
      </w:pPr>
      <w:r>
        <w:t>1-VARIANT</w:t>
      </w:r>
    </w:p>
    <w:p>
      <w:pPr>
        <w:pStyle w:val="Heading2"/>
      </w:pPr>
      <w:r>
        <w:t>Biologiya (15 ta savol)</w:t>
      </w:r>
    </w:p>
    <w:p>
      <w:r>
        <w:t>1. Tirik organizmlarning eng kichik tarkibiy qismi nima?</w:t>
        <w:br/>
        <w:t>A) To'qima B) Organ C) Hujayra D) Organizm</w:t>
      </w:r>
    </w:p>
    <w:p>
      <w:r>
        <w:t>2. Hayotning hujayrasiz shakllariga qaysi organizmlar kiradi?</w:t>
        <w:br/>
        <w:t>A) Bakteriyalar B) Viruslar C) Zamburug'lar D) Suvo'tlar</w:t>
      </w:r>
    </w:p>
    <w:p>
      <w:r>
        <w:t>3. Prokariot organizmlarni belgilang.</w:t>
        <w:br/>
        <w:t>A) Bakteriyalar B) O'simliklar C) Hayvonlar D) Zamburug'lar</w:t>
      </w:r>
    </w:p>
    <w:p>
      <w:r>
        <w:t>4. Hujayra qobig'i xitindan iborat bo'lgan organizmlar qaysi dunyoga mansub?</w:t>
        <w:br/>
        <w:t>A) O'simliklar B) Hayvonlar C) Bakteriyalar D) Zamburug'lar</w:t>
      </w:r>
    </w:p>
    <w:p>
      <w:r>
        <w:t>5. Hujayrani birinchi marta kim kashf etgan?</w:t>
        <w:br/>
        <w:t>A) R. Guk B) A. Levenguk C) T. Shvann D) M. Shleyden</w:t>
      </w:r>
    </w:p>
    <w:p>
      <w:r>
        <w:t>6. Oqsil sintezida qatnashadigan hujayra organoidini belgilang.</w:t>
        <w:br/>
        <w:t>A) Mitoxondriya B) Ribosoma C) Lizosoma D) Golji majmuasi</w:t>
      </w:r>
    </w:p>
    <w:p>
      <w:r>
        <w:t>7. Eukariot hujayralarning prokariotlardan asosiy farqi nimada?</w:t>
        <w:br/>
        <w:t>A) Yadrosi yo'qligida B) Yadrosi borligida C) Sitoplazmasi yo'qligida D) Hujayra qobig'i yo'qligida</w:t>
      </w:r>
    </w:p>
    <w:p>
      <w:r>
        <w:t>8. Sitoplazmaning asosiy xususiyati nima?</w:t>
        <w:br/>
        <w:t>A) Oqsil sintezlash B) Energiya ajratish C) Doimiy harakatda bo'lish D) Ko'payish</w:t>
      </w:r>
    </w:p>
    <w:p>
      <w:r>
        <w:t>9. Hujayra nazariyasini kimlar yaratgan?</w:t>
        <w:br/>
        <w:t>A) R. Guk va A. Levenguk B) T. Shvann va M. Shleyden C) J.L. Byuffon va K. Linney D) Ch. Darvin va J. Lamark</w:t>
      </w:r>
    </w:p>
    <w:p>
      <w:r>
        <w:t>10. O'simlik hujayrasining hayvon hujayrasidan farq qiluvchi qismini toping.</w:t>
        <w:br/>
        <w:t>A) Yadro B) Sitoplazma C) Plastidalar (xloroplastlar) D) Ribosoma</w:t>
      </w:r>
    </w:p>
    <w:p>
      <w:r>
        <w:t>11. Bakteriyalar qanday usulda ko'payadi?</w:t>
        <w:br/>
        <w:t>A) Kurtaklanish B) Ikkiga bo'linish C) Urug'lanish D) Sporalar orqali</w:t>
      </w:r>
    </w:p>
    <w:p>
      <w:r>
        <w:t>12. Golji majmuasining asosiy vazifasi nima?</w:t>
        <w:br/>
        <w:t>A) Moddalarni to'plash va tashish B) Nafas olish C) Harakatlanish D) DNK saqlash</w:t>
      </w:r>
    </w:p>
    <w:p>
      <w:r>
        <w:t>13. Zaharli va zaharsiz turlarga ega bo'lgan eukariot organizmlar guruhini belgilang.</w:t>
        <w:br/>
        <w:t>A) Bakteriyalar B) Viruslar C) O'simliklar D) Zamburug'lar</w:t>
      </w:r>
    </w:p>
    <w:p>
      <w:r>
        <w:t>14. Hayotning eng yuqori tuzilish darajasi qaysi?</w:t>
        <w:br/>
        <w:t>A) Molekulyar B) Hujayraviy C) Populyatsiya-tur D) Biosfera</w:t>
      </w:r>
    </w:p>
    <w:p>
      <w:r>
        <w:t>15. Zamburug'larni o'rganuvchi fan qanday ataladi?</w:t>
        <w:br/>
        <w:t>A) Botanika B) Zoologiya C) Mikologiya D) Mikrobiologiya</w:t>
      </w:r>
    </w:p>
    <w:p>
      <w:pPr>
        <w:pStyle w:val="Heading2"/>
      </w:pPr>
      <w:r>
        <w:t>Kimyo (15 ta savol)</w:t>
      </w:r>
    </w:p>
    <w:p>
      <w:r>
        <w:t>1. Kimyoviy elementlarning davriy qonuni kim tomonidan kashf etilgan?</w:t>
        <w:br/>
        <w:t>A) M. Lomonosov B) D.I. Mendeleyev C) A. Butlerov D) E. Rezerford</w:t>
      </w:r>
    </w:p>
    <w:p>
      <w:r>
        <w:t>2. Bir xil metallmas atomlari orasida qanday bog'lanish hosil bo'ladi?</w:t>
        <w:br/>
        <w:t>A) Ionli B) Kovalent qutbli C) Kovalent qutbsiz D) Metall</w:t>
      </w:r>
    </w:p>
    <w:p>
      <w:r>
        <w:t>3. Suvda eriganda yoki suyuqlanganda elektr tokini o'tkazadigan moddalar qanday ataladi?</w:t>
        <w:br/>
        <w:t>A) Izotoplar B) Noelektrolitlar C) Elektrolitlar D) Polimerlar</w:t>
      </w:r>
    </w:p>
    <w:p>
      <w:r>
        <w:t>4. Osh tuzi (NaCl) molekulasida qanday kimyoviy bog'lanish mavjud?</w:t>
        <w:br/>
        <w:t>A) Ionli B) Kovalent C) Metall D) Vodorod</w:t>
      </w:r>
    </w:p>
    <w:p>
      <w:r>
        <w:t>5. Kislotalar dissotsiatsiyalanishi natijasida qanday kation hosil bo'ladi?</w:t>
        <w:br/>
        <w:t>A) OH- B) Na+ C) H+ D) Cl-</w:t>
      </w:r>
    </w:p>
    <w:p>
      <w:r>
        <w:t>6. Turli xil metallmas atomlari orasida hosil bo'ladigan bog'lanish nima deyiladi?</w:t>
        <w:br/>
        <w:t>A) Kovalent qutbli B) Kovalent qutbsiz C) Ion D) Metall</w:t>
      </w:r>
    </w:p>
    <w:p>
      <w:r>
        <w:t>7. Suyuqlanmalari va eritmalarida elektr tokini o'tkazmaydigan moddalar nima deyiladi?</w:t>
        <w:br/>
        <w:t>A) Elektrolitlar B) Noelektrolitlar C) Kislotalar D) Tuzlar</w:t>
      </w:r>
    </w:p>
    <w:p>
      <w:r>
        <w:t>8. Ishqorlar suvda dissotsiatsiyalanishidan qanday anion hosil bo'ladi?</w:t>
        <w:br/>
        <w:t>A) Vodorod (H+) B) Gidroksid (OH-) C) Sulfat (SO4^2-) D) Xlorid (Cl-)</w:t>
      </w:r>
    </w:p>
    <w:p>
      <w:r>
        <w:t>9. Davriy sistemadagi gorizontal qatorlar nima deyiladi?</w:t>
        <w:br/>
        <w:t>A) Davrlar B) Guruhlar C) Oila D) Kichik guruhlar</w:t>
      </w:r>
    </w:p>
    <w:p>
      <w:r>
        <w:t>10. Dissotsiatsiyalanish darajasi (α) ni topish formulasi qaysi?</w:t>
        <w:br/>
        <w:t>A) α = m / M B) α = n / N C) α = v / V D) α = N / n</w:t>
      </w:r>
    </w:p>
    <w:p>
      <w:r>
        <w:t>11. Qaysi modda kuchli elektrolit hisoblanadi?</w:t>
        <w:br/>
        <w:t>A) H2CO3 B) NH4OH C) NaCl D) H2SiO3</w:t>
      </w:r>
    </w:p>
    <w:p>
      <w:r>
        <w:t>12. Ion almashinish reaksiyalari qachon oxirigacha (to'liq) boradi?</w:t>
        <w:br/>
        <w:t>A) Eritma hosil bo'lganda B) Gaz, cho'kma yoki kam dissotsiatsiyalanuvchi modda hosil bo'lganda C) Harorat ko'tarilganda D) Katalizator ishtirok etganda</w:t>
      </w:r>
    </w:p>
    <w:p>
      <w:r>
        <w:t>13. Metall bog'lanish asosan qaysi moddalarda uchraydi?</w:t>
        <w:br/>
        <w:t>A) Kislotalarda B) Asoslarda C) Metallarda va ularning qotishmalarida D) Tuzlarda</w:t>
      </w:r>
    </w:p>
    <w:p>
      <w:r>
        <w:t>14. Elementlar davriy sistemasining qisqa davrli variantida nechta guruh bor?</w:t>
        <w:br/>
        <w:t>A) 7 ta B) 8 ta C) 9 ta D) 10 ta</w:t>
      </w:r>
    </w:p>
    <w:p>
      <w:r>
        <w:t>15. Kovalent bog'lanish qanday zarrachalar ishtirokida hosil bo'ladi?</w:t>
        <w:br/>
        <w:t>A) Erkin elektronlar B) Kationlar C) Umumiy elektron juftlar D) Anionlar</w:t>
      </w:r>
    </w:p>
    <w:p>
      <w:pPr>
        <w:pStyle w:val="Heading2"/>
      </w:pPr>
      <w:r>
        <w:t>Rus tili (15 ta savol)</w:t>
      </w:r>
    </w:p>
    <w:p>
      <w:r>
        <w:t>1. Как называется столица Республики Узбекистан?</w:t>
        <w:br/>
        <w:t>A) Самарканд B) Ташкент C) Бухара D) Фергана</w:t>
      </w:r>
    </w:p>
    <w:p>
      <w:r>
        <w:t>2. Какой язык является государственным в Узбекистане?</w:t>
        <w:br/>
        <w:t>A) Русский B) Английский C) Узбекский D) Таджикский</w:t>
      </w:r>
    </w:p>
    <w:p>
      <w:r>
        <w:t>3. Как называется столица Российской Федерации?</w:t>
        <w:br/>
        <w:t>A) Санкт-Петербург B) Новосибирск C) Казань D) Москва</w:t>
      </w:r>
    </w:p>
    <w:p>
      <w:r>
        <w:t>4. Какой документ является основным законом государства?</w:t>
        <w:br/>
        <w:t>A) Указ B) Закон C) Конституция D) Постановление</w:t>
      </w:r>
    </w:p>
    <w:p>
      <w:r>
        <w:t>5. В каком году была принята Конституция Республики Узбекистан?</w:t>
        <w:br/>
        <w:t>A) 1991 год B) 1992 год C) 1993 год D) 2000 год</w:t>
      </w:r>
    </w:p>
    <w:p>
      <w:r>
        <w:t>6. Кто является главой государства в Республике Узбекистан?</w:t>
        <w:br/>
        <w:t>A) Президент B) Премьер-министр C) Спикер D) Мэр</w:t>
      </w:r>
    </w:p>
    <w:p>
      <w:r>
        <w:t>7. Назовите государственные символы Узбекистана.</w:t>
        <w:br/>
        <w:t>A) Флаг, гимн, герб B) Памятники, музеи C) Монеты, купюры D) Конституция, законы</w:t>
      </w:r>
    </w:p>
    <w:p>
      <w:r>
        <w:t>8. Право на образование в Узбекистане гарантируется...</w:t>
        <w:br/>
        <w:t>A) Школой B) Конституцией C) Учителем D) Директором</w:t>
      </w:r>
    </w:p>
    <w:p>
      <w:r>
        <w:t>9. Какое право ребенка тесно связано с посещением школы?</w:t>
        <w:br/>
        <w:t>A) Право на труд B) Право на отдых C) Право на образование D) Право на медицину</w:t>
      </w:r>
    </w:p>
    <w:p>
      <w:r>
        <w:t>10. Россия расположена на материке...</w:t>
        <w:br/>
        <w:t>A) Африка B) Евразия C) Северная Америка D) Австралия</w:t>
      </w:r>
    </w:p>
    <w:p>
      <w:r>
        <w:t>11. Что означает слово «природа» на узбекском языке?</w:t>
        <w:br/>
        <w:t>A) Inson B) Hayvon C) Tabiat D) Davlat</w:t>
      </w:r>
    </w:p>
    <w:p>
      <w:r>
        <w:t>12. Найдите антоним к слову «Родина».</w:t>
        <w:br/>
        <w:t>A) Чужбина B) Отечество C) Страна D) Государство</w:t>
      </w:r>
    </w:p>
    <w:p>
      <w:r>
        <w:t>13. Как переводится слово «Государство»?</w:t>
        <w:br/>
        <w:t>A) Shahar B) Davlat C) Qishloq D) Viloyat</w:t>
      </w:r>
    </w:p>
    <w:p>
      <w:r>
        <w:t>14. Кто несет ответственность за защиту природы?</w:t>
        <w:br/>
        <w:t>A) Только ученые B) Только взрослые C) Каждый человек D) Только школьники</w:t>
      </w:r>
    </w:p>
    <w:p>
      <w:r>
        <w:t>15. Главная обязанность ученика в школе – это...</w:t>
        <w:br/>
        <w:t>A) Учиться B) Отдыхать C) Работать D) Спать</w:t>
      </w:r>
    </w:p>
    <w:p>
      <w:r>
        <w:br w:type="page"/>
      </w:r>
    </w:p>
    <w:p>
      <w:pPr>
        <w:pStyle w:val="Heading1"/>
      </w:pPr>
      <w:r>
        <w:t>2-VARIANT</w:t>
      </w:r>
    </w:p>
    <w:p>
      <w:pPr>
        <w:pStyle w:val="Heading2"/>
      </w:pPr>
      <w:r>
        <w:t>Biologiya (15 ta savol)</w:t>
      </w:r>
    </w:p>
    <w:p>
      <w:r>
        <w:t>1. Tiriklik tuzilish darajalarining eng quyi (boshlang'ich) darajasi qaysi?</w:t>
        <w:br/>
        <w:t>A) Molekulyar B) Hujayraviy C) To'qima D) Organ</w:t>
      </w:r>
    </w:p>
    <w:p>
      <w:r>
        <w:t>2. Viruslarni kim kashf etgan?</w:t>
        <w:br/>
        <w:t>A) D.I. Ivanovskiy B) R. Guk C) A. Levenguk D) L. Paster</w:t>
      </w:r>
    </w:p>
    <w:p>
      <w:r>
        <w:t>3. Yadroga ega bo'lmagan hujayralar qanday ataladi?</w:t>
        <w:br/>
        <w:t>A) Eukariotlar B) Prokariotlar C) Viruslar D) Bakteriofaglar</w:t>
      </w:r>
    </w:p>
    <w:p>
      <w:r>
        <w:t>4. Hujayra markazi qaysi organizm hujayralarida uchramaydi?</w:t>
        <w:br/>
        <w:t>A) Odamlarda B) Hayvonlarda C) Yuksak o'simliklarda D) Tuban o'simliklarda</w:t>
      </w:r>
    </w:p>
    <w:p>
      <w:r>
        <w:t>5. "Hujayra" atamasini fanga kim kiritgan?</w:t>
        <w:br/>
        <w:t>A) T. Shvann B) R. Virxov C) R. Guk D) A. Levenguk</w:t>
      </w:r>
    </w:p>
    <w:p>
      <w:r>
        <w:t>6. Ribosoma hujayrada qanday vazifani bajaradi?</w:t>
        <w:br/>
        <w:t>A) Oqsil sintezi B) Yog' parchalash C) Fotosintez D) Qisqarish</w:t>
      </w:r>
    </w:p>
    <w:p>
      <w:r>
        <w:t>7. Qaysi xususiyat faqat tirik organizmlarga xos?</w:t>
        <w:br/>
        <w:t>A) Yemirilish B) O'sish va moddalar almashinuvi C) Erish D) Bug'lanish</w:t>
      </w:r>
    </w:p>
    <w:p>
      <w:r>
        <w:t>8. Evolutsiya jarayoni tiriklikning qaysi darajasida boshlanadi?</w:t>
        <w:br/>
        <w:t>A) Organizm B) Populyatsiya-tur C) Biogeotsenotik D) Biosfera</w:t>
      </w:r>
    </w:p>
    <w:p>
      <w:r>
        <w:t>9. Bakteriyalarni o'rganuvchi fan qanday ataladi?</w:t>
        <w:br/>
        <w:t>A) Virusologiya B) Bakteriologiya C) Mikologiya D) Algologiya</w:t>
      </w:r>
    </w:p>
    <w:p>
      <w:r>
        <w:t>10. O'simliklarning asosiy oziqlanish xususiyati nimadan iborat?</w:t>
        <w:br/>
        <w:t>A) Geterotrof B) Avtotrof (fotosintez) C) Saprofit D) Parazit</w:t>
      </w:r>
    </w:p>
    <w:p>
      <w:r>
        <w:t>11. Endoplazmatik to'rning qanday turlari mavjud?</w:t>
        <w:br/>
        <w:t>A) Katta va kichik B) Silliq va donador C) Uzun va qisqa D) Bo'yalgan va bo'yalmagan</w:t>
      </w:r>
    </w:p>
    <w:p>
      <w:r>
        <w:t>12. Barcha tirik organizmlar hujayradan tuzilganligi qaysi nazariyada aks etgan?</w:t>
        <w:br/>
        <w:t>A) Evolutsion nazariya B) Hujayra nazariyasi C) Gen nazariyasi D) Irsiyat nazariyasi</w:t>
      </w:r>
    </w:p>
    <w:p>
      <w:r>
        <w:t>13. Hujayra o'lchamlarini va mikroskopik ob'yektlarni o'rganishda asosan nimalardan foydalaniladi?</w:t>
        <w:br/>
        <w:t>A) Teleskop B) Mikroskop C) Lupa D) Barometr</w:t>
      </w:r>
    </w:p>
    <w:p>
      <w:r>
        <w:t>14. Lishayniklar qaysi organizmlarning simbioz yashashidan tashkil topgan?</w:t>
        <w:br/>
        <w:t>A) Suvo't va zamburug' B) Bakteriya va virus C) O'simlik va hayvon D) Zamburug' va bakteriya</w:t>
      </w:r>
    </w:p>
    <w:p>
      <w:r>
        <w:t>15. Hayvon hujayrasi qobig'ining ustki qavati nima deb ataladi?</w:t>
        <w:br/>
        <w:t>A) Sellyuloza B) Xitin C) Murein D) Glikokaliks</w:t>
      </w:r>
    </w:p>
    <w:p>
      <w:pPr>
        <w:pStyle w:val="Heading2"/>
      </w:pPr>
      <w:r>
        <w:t>Kimyo (15 ta savol)</w:t>
      </w:r>
    </w:p>
    <w:p>
      <w:r>
        <w:t>1. D.I. Mendeleyev elementlarni davriy sistemada qanday xususiyatiga ko'ra joylashtirgan?</w:t>
        <w:br/>
        <w:t>A) Elektronlar soniga B) Atom massalarining ortib borishiga C) Valentligiga D) Zichligiga</w:t>
      </w:r>
    </w:p>
    <w:p>
      <w:r>
        <w:t>2. Kovalent qutbsiz bog'lanishli moddani toping.</w:t>
        <w:br/>
        <w:t>A) H2O B) HCl C) N2 D) NaCl</w:t>
      </w:r>
    </w:p>
    <w:p>
      <w:r>
        <w:t>3. Elektr tokini o'tkazuvchanligi bo'yicha moddalar necha guruhga bo'linadi?</w:t>
        <w:br/>
        <w:t>A) 2 guruhga B) 3 guruhga C) 4 guruhga D) Bo'linmaydi</w:t>
      </w:r>
    </w:p>
    <w:p>
      <w:r>
        <w:t>4. Ion bog'lanish asosan qaysi elementlar atomlari o'rtasida hosil bo'ladi?</w:t>
        <w:br/>
        <w:t>A) Ikkita metallmas B) Metall va metallmas C) Ikkita metall D) Inert gazlar o'rtasida</w:t>
      </w:r>
    </w:p>
    <w:p>
      <w:r>
        <w:t>5. Tuzlar dissotsiatsiyalanganda odatda qanday ionlar hosil bo'ladi?</w:t>
        <w:br/>
        <w:t>A) Faqat H+ va OH- B) Metall kationi va kislota qoldig'i anioni C) Faqat metall kationlari D) Faqat kislorod anionlari</w:t>
      </w:r>
    </w:p>
    <w:p>
      <w:r>
        <w:t>6. Suv (H2O) molekulasida qanday kimyoviy bog'lanish mavjud?</w:t>
        <w:br/>
        <w:t>A) Kovalent qutbsiz B) Metall C) Kovalent qutbli D) Ion</w:t>
      </w:r>
    </w:p>
    <w:p>
      <w:r>
        <w:t>7. Quyidagi moddalardan qaysi biri noelektrolit hisoblanadi?</w:t>
        <w:br/>
        <w:t>A) Osh tuzi eritmasi B) Shakar (qand) eritmasi C) Xlorid kislota D) O'yuvchi natriy</w:t>
      </w:r>
    </w:p>
    <w:p>
      <w:r>
        <w:t>8. Eritmada ionlarga to'liq ajraladigan moddalar qanday ataladi?</w:t>
        <w:br/>
        <w:t>A) Kuchsiz elektrolitlar B) Kuchli elektrolitlar C) Noelektrolitlar D) Amfoter moddalar</w:t>
      </w:r>
    </w:p>
    <w:p>
      <w:r>
        <w:t>9. Davriy sistemadagi vertikal ustunlar nima deyiladi?</w:t>
        <w:br/>
        <w:t>A) Davrlar B) Oila C) Guruhlar D) Bloklar</w:t>
      </w:r>
    </w:p>
    <w:p>
      <w:r>
        <w:t>10. Agar moddaning dissotsiatsiyalanish darajasi α &gt; 30% bo'lsa, u qanday elektrolit hisoblanadi?</w:t>
        <w:br/>
        <w:t>A) Kuchsiz B) O'rtacha C) Kuchli D) Noelektrolit</w:t>
      </w:r>
    </w:p>
    <w:p>
      <w:r>
        <w:t>11. Sulfat kislota (H2SO4) dissotsiatsiyalanganda nechta vodorod (H+) ioni ajraladi?</w:t>
        <w:br/>
        <w:t>A) 1 ta B) 2 ta C) 3 ta D) 4 ta</w:t>
      </w:r>
    </w:p>
    <w:p>
      <w:r>
        <w:t>12. Kuchsiz elektrolitni belgilang.</w:t>
        <w:br/>
        <w:t>A) HCl B) H2SO4 C) HNO3 D) H2CO3</w:t>
      </w:r>
    </w:p>
    <w:p>
      <w:r>
        <w:t>13. Natriy xlorid suvda eritilganda ionlarga ajralish jarayoni nima deb ataladi?</w:t>
        <w:br/>
        <w:t>A) Gidroliz B) Elektrolitik dissotsiatsiya C) Elektroliz D) Gidratatsiya</w:t>
      </w:r>
    </w:p>
    <w:p>
      <w:r>
        <w:t>14. Davriy sistemada qaysi davrlar katta davrlar hisoblanadi?</w:t>
        <w:br/>
        <w:t>A) 1, 2, 3 B) 4, 5, 6, 7 C) 2, 3 D) 1, 7</w:t>
      </w:r>
    </w:p>
    <w:p>
      <w:r>
        <w:t>15. Kovalent bog'lanish qanday mexanizmlar asosida hosil bo'ladi?</w:t>
        <w:br/>
        <w:t>A) Faqat donor-akseptor B) Almashinish va donor-akseptor C) Ion va kovalent D) Kation va anion</w:t>
      </w:r>
    </w:p>
    <w:p>
      <w:pPr>
        <w:pStyle w:val="Heading2"/>
      </w:pPr>
      <w:r>
        <w:t>Rus tili (15 ta savol)</w:t>
      </w:r>
    </w:p>
    <w:p>
      <w:r>
        <w:t>1. Какая страна является самой большой по площади в мире?</w:t>
        <w:br/>
        <w:t>A) Китай B) США C) Канада D) Россия</w:t>
      </w:r>
    </w:p>
    <w:p>
      <w:r>
        <w:t>2. Какой праздник отмечается в Узбекистане 1 сентября?</w:t>
        <w:br/>
        <w:t>A) День Конституции B) День Навруз C) День Независимости D) Новый год</w:t>
      </w:r>
    </w:p>
    <w:p>
      <w:r>
        <w:t>3. Что такое Конституция?</w:t>
        <w:br/>
        <w:t>A) Основной закон государства B) Учебник по истории C) Книга сказок D) Журнал</w:t>
      </w:r>
    </w:p>
    <w:p>
      <w:r>
        <w:t>4. Назовите официальный язык Российской Федерации.</w:t>
        <w:br/>
        <w:t>A) Английский B) Русский C) Узбекский D) Татарский</w:t>
      </w:r>
    </w:p>
    <w:p>
      <w:r>
        <w:t>5. В каком городе находится Красная площадь?</w:t>
        <w:br/>
        <w:t>A) В Ташкенте B) В Санкт-Петербурге C) В Москве D) В Самарканде</w:t>
      </w:r>
    </w:p>
    <w:p>
      <w:r>
        <w:t>6. Какое образование является обязательным в нашей стране?</w:t>
        <w:br/>
        <w:t>A) Высшее образование B) Общее среднее образование C) Дошкольное образование D) Только начальное</w:t>
      </w:r>
    </w:p>
    <w:p>
      <w:r>
        <w:t>7. Как переводится слово «Страна» на узбекский язык?</w:t>
        <w:br/>
        <w:t>A) Viloyat B) Qishloq C) Mamlakat D) Tuman</w:t>
      </w:r>
    </w:p>
    <w:p>
      <w:r>
        <w:t>8. Из каких цветов состоит флаг России?</w:t>
        <w:br/>
        <w:t>A) Белый, синий, красный B) Зеленый, белый, синий C) Красный, желтый, зеленый D) Синий, белый, зеленый</w:t>
      </w:r>
    </w:p>
    <w:p>
      <w:r>
        <w:t>9. Кто обязан обеспечивать права ребенка в первую очередь?</w:t>
        <w:br/>
        <w:t>A) Только учителя B) Родители и государство C) Только врачи D) Соседи</w:t>
      </w:r>
    </w:p>
    <w:p>
      <w:r>
        <w:t>10. Какое богатство дает нам природа?</w:t>
        <w:br/>
        <w:t>A) Машины и дома B) Воду, чистый воздух, растения C) Одежду и обувь D) Учебники</w:t>
      </w:r>
    </w:p>
    <w:p>
      <w:r>
        <w:t>11. Как переводится слово «Ребенок» на узбекский язык?</w:t>
        <w:br/>
        <w:t>A) Odam B) Katta C) Bola D) Oila</w:t>
      </w:r>
    </w:p>
    <w:p>
      <w:r>
        <w:t>12. Найдите синоним к слову «Отечество».</w:t>
        <w:br/>
        <w:t>A) Родина B) Город C) Улица D) Чужбина</w:t>
      </w:r>
    </w:p>
    <w:p>
      <w:r>
        <w:t>13. Что защищает Конституция?</w:t>
        <w:br/>
        <w:t>A) Права и свободы граждан B) Только права президента C) Только права учителей D) Только иностранцев</w:t>
      </w:r>
    </w:p>
    <w:p>
      <w:r>
        <w:t>14. Почему человек должен беречь природу?</w:t>
        <w:br/>
        <w:t>A) Потому что так сказали в школе B) Потому что человек - часть природы и зависит от нее C) Чтобы получить оценку D) Чтобы написать сочинение</w:t>
      </w:r>
    </w:p>
    <w:p>
      <w:r>
        <w:t>15. Из каких главных цветов состоит флаг Узбекистана?</w:t>
        <w:br/>
        <w:t>A) Синий, белый, зеленый B) Красный, синий, белый C) Желтый, зеленый, красный D) Черный, белый, красный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