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
      <w:pPr>
        <w:jc w:val="center"/>
      </w:pPr>
      <w:r>
        <w:rPr>
          <w:b/>
          <w:i w:val="0"/>
        </w:rPr>
        <w:t>МИНИСТЕРСТВО ДОШКОЛЬНОГО И ШКОЛЬНОГО ОБРАЗОВАНИЯ РЕСПУБЛИКИ УЗБЕКИСТАН</w:t>
      </w:r>
    </w:p>
    <w:p/>
    <w:p>
      <w:pPr>
        <w:jc w:val="center"/>
      </w:pPr>
      <w:r>
        <w:rPr>
          <w:b/>
          <w:i w:val="0"/>
          <w:sz w:val="44"/>
        </w:rPr>
        <w:t>ПОЛНЫЙ И РАСШИРЕННЫЙ ПЛАН УРОКА «УРОК НЕЗАВИСИМОСТИ» ДЛЯ 1 КЛАССА</w:t>
      </w:r>
    </w:p>
    <w:p/>
    <w:p/>
    <w:p/>
    <w:p/>
    <w:p>
      <w:pPr>
        <w:jc w:val="center"/>
      </w:pPr>
      <w:r>
        <w:rPr>
          <w:b/>
          <w:i w:val="0"/>
          <w:sz w:val="36"/>
        </w:rPr>
        <w:t>Тема: 35-летие государственной независимости Республики Узбекистан</w:t>
      </w:r>
    </w:p>
    <w:p/>
    <w:p>
      <w:pPr>
        <w:jc w:val="center"/>
      </w:pPr>
      <w:r>
        <w:rPr>
          <w:b/>
          <w:i w:val="0"/>
          <w:color w:val="003399"/>
        </w:rPr>
        <w:t>Главная идея: «Единой страной, единым народом мы построим новую жизнь и будущее!» [1, 2]</w:t>
      </w:r>
    </w:p>
    <w:p/>
    <w:p/>
    <w:p/>
    <w:p/>
    <w:p/>
    <w:p/>
    <w:p/>
    <w:p/>
    <w:p/>
    <w:p>
      <w:pPr>
        <w:jc w:val="right"/>
      </w:pPr>
      <w:r>
        <w:rPr>
          <w:b w:val="0"/>
          <w:i/>
        </w:rPr>
        <w:t>Подготовил(а): _______________________</w:t>
      </w:r>
    </w:p>
    <w:p/>
    <w:p>
      <w:r>
        <w:br w:type="page"/>
      </w:r>
    </w:p>
    <w:p>
      <w:pPr>
        <w:pStyle w:val="Heading1"/>
      </w:pPr>
      <w:r>
        <w:rPr>
          <w:rFonts w:ascii="Times New Roman" w:hAnsi="Times New Roman"/>
          <w:color w:val="000000"/>
        </w:rPr>
        <w:t>I. ТЕМА, ЦЕЛИ И ОЖИДАЕМЫЕ РЕЗУЛЬТАТЫ УРОКА</w:t>
      </w:r>
    </w:p>
    <w:p>
      <w:r>
        <w:rPr>
          <w:b w:val="0"/>
          <w:i w:val="0"/>
        </w:rPr>
        <w:t>Тема урока: Широкое празднование 35-летия государственной независимости Республики Узбекистан и его суть.</w:t>
      </w:r>
    </w:p>
    <w:p/>
    <w:p>
      <w:r>
        <w:rPr>
          <w:b/>
          <w:i w:val="0"/>
        </w:rPr>
        <w:t>Образовательная цель урока:</w:t>
      </w:r>
    </w:p>
    <w:p/>
    <w:p>
      <w:r>
        <w:rPr>
          <w:b w:val="0"/>
          <w:i w:val="0"/>
        </w:rPr>
        <w:t>В увлекательной и доступной форме рассказать ученикам 1 класса о достижениях нашей Родины, познакомить с сутью независимости и объяснить значение девиза «Единой страной, единым народом мы построим новую жизнь и будущее!» [1].</w:t>
      </w:r>
    </w:p>
    <w:p/>
    <w:p>
      <w:r>
        <w:rPr>
          <w:b/>
          <w:i w:val="0"/>
        </w:rPr>
        <w:t>Воспитательная цель урока:</w:t>
      </w:r>
    </w:p>
    <w:p/>
    <w:p>
      <w:r>
        <w:rPr>
          <w:b w:val="0"/>
          <w:i w:val="0"/>
        </w:rPr>
        <w:t>Привить детям чувство любви к Родине, уважения к государственным символам, чувство благодарности за мирное небо над головой и счастливое детство.</w:t>
      </w:r>
    </w:p>
    <w:p/>
    <w:p>
      <w:r>
        <w:rPr>
          <w:b/>
          <w:i w:val="0"/>
        </w:rPr>
        <w:t>Развивающая цель урока:</w:t>
      </w:r>
    </w:p>
    <w:p/>
    <w:p>
      <w:r>
        <w:rPr>
          <w:b w:val="0"/>
          <w:i w:val="0"/>
        </w:rPr>
        <w:t>Развитие речи, творческого воображения, навыков слушания и участия в коллективных беседах, а также помощь в адаптации к школьной среде.</w:t>
      </w:r>
    </w:p>
    <w:p/>
    <w:p>
      <w:r>
        <w:rPr>
          <w:b w:val="0"/>
          <w:i w:val="0"/>
        </w:rPr>
        <w:t>Тип урока: Вводный, познавательно-игровой урок, адаптированный для младшего школьного возраста.</w:t>
      </w:r>
    </w:p>
    <w:p/>
    <w:p>
      <w:r>
        <w:rPr>
          <w:b w:val="0"/>
          <w:i w:val="0"/>
        </w:rPr>
        <w:t>Оборудование урока: Карта Узбекистана, портрет Президента, Государственные символы, плакаты с логотипом 35-летнего праздника, картинки с изображением золотых монет, цветные карандаши, раздаточные материалы.</w:t>
      </w:r>
    </w:p>
    <w:p/>
    <w:p>
      <w:r>
        <w:br w:type="page"/>
      </w:r>
    </w:p>
    <w:p>
      <w:pPr>
        <w:pStyle w:val="Heading1"/>
      </w:pPr>
      <w:r>
        <w:rPr>
          <w:rFonts w:ascii="Times New Roman" w:hAnsi="Times New Roman"/>
          <w:color w:val="000000"/>
        </w:rPr>
        <w:t>II. ОРГАНИЗАЦИОННАЯ ЧАСТЬ И ПСИХОЛОГИЧЕСКАЯ ПОДГОТОВКА (5 МИНУТ)</w:t>
      </w:r>
    </w:p>
    <w:p>
      <w:r>
        <w:rPr>
          <w:b w:val="0"/>
          <w:i w:val="0"/>
        </w:rPr>
        <w:t>Подготовка классной комнаты к уроку:</w:t>
      </w:r>
    </w:p>
    <w:p/>
    <w:p>
      <w:r>
        <w:rPr>
          <w:b w:val="0"/>
          <w:i w:val="0"/>
        </w:rPr>
        <w:t>Учитель с улыбкой встречает детей. Создает теплую и праздничную атмосферу в классе. Проверяет готовность детей к уроку.</w:t>
      </w:r>
    </w:p>
    <w:p/>
    <w:p>
      <w:r>
        <w:rPr>
          <w:b/>
          <w:i w:val="0"/>
        </w:rPr>
        <w:t>Вступительное слово учителя в начале урока (Полный текст):</w:t>
      </w:r>
    </w:p>
    <w:p/>
    <w:p>
      <w:r>
        <w:rPr>
          <w:b w:val="0"/>
          <w:i w:val="0"/>
        </w:rPr>
        <w:t>— Здравствуйте, милые первоклассники! Поздравляю вас с первым днем нового учебного года. Сегодня очень важный и радостный день. Мы отмечаем самый главный праздник нашей страны — День Независимости. В этом году нашему Узбекистану исполняется 35 лет. Школа с нетерпением ждала вас, чтобы открыть для вас двери в мир новых и интересных знаний.</w:t>
      </w:r>
    </w:p>
    <w:p/>
    <w:p>
      <w:r>
        <w:rPr>
          <w:b w:val="0"/>
          <w:i w:val="0"/>
        </w:rPr>
        <w:t>Исполнение Государственного гимна и национальная гордость:</w:t>
      </w:r>
    </w:p>
    <w:p/>
    <w:p>
      <w:r>
        <w:rPr>
          <w:b w:val="0"/>
          <w:i w:val="0"/>
        </w:rPr>
        <w:t>— У нашей Родины есть своя главная песня — Государственный гимн. Когда он звучит, все граждане встают, кладут правую руку на сердце и с гордостью слушают или поют его. Давайте и мы с вами дружно исполним гимн нашего любимого Узбекистана.</w:t>
      </w:r>
    </w:p>
    <w:p/>
    <w:p>
      <w:r>
        <w:rPr>
          <w:b w:val="0"/>
          <w:i w:val="0"/>
        </w:rPr>
        <w:t>(Включается аудиозапись гимна. Учитель поет вместе с детьми, показывая правильную осанку).</w:t>
      </w:r>
    </w:p>
    <w:p/>
    <w:p>
      <w:r>
        <w:br w:type="page"/>
      </w:r>
    </w:p>
    <w:p>
      <w:pPr>
        <w:pStyle w:val="Heading1"/>
      </w:pPr>
      <w:r>
        <w:rPr>
          <w:rFonts w:ascii="Times New Roman" w:hAnsi="Times New Roman"/>
          <w:color w:val="000000"/>
        </w:rPr>
        <w:t>III. ИЗЛОЖЕНИЕ НОВОЙ ТЕМЫ: ДЕВИЗ ПРАЗДНИКА И ЕГО СУТЬ (12 МИНУТ)</w:t>
      </w:r>
    </w:p>
    <w:p>
      <w:r>
        <w:rPr>
          <w:b w:val="0"/>
          <w:i w:val="0"/>
        </w:rPr>
        <w:t>Учитель показывает на доске красивый плакат с девизом праздника. Ученики (с помощью учителя) читают вслух:</w:t>
      </w:r>
    </w:p>
    <w:p/>
    <w:p>
      <w:pPr>
        <w:jc w:val="center"/>
      </w:pPr>
      <w:r>
        <w:rPr>
          <w:b/>
          <w:i w:val="0"/>
        </w:rPr>
        <w:t>«Единой страной, единым народом мы построим новую жизнь и будущее!» [1]</w:t>
      </w:r>
    </w:p>
    <w:p/>
    <w:p>
      <w:r>
        <w:rPr>
          <w:b/>
          <w:i w:val="0"/>
        </w:rPr>
        <w:t>Объяснение и анализ девиза с учетом возрастных особенностей:</w:t>
      </w:r>
    </w:p>
    <w:p/>
    <w:p>
      <w:r>
        <w:rPr>
          <w:b w:val="0"/>
          <w:i w:val="0"/>
        </w:rPr>
        <w:t>Дорогие дети, сегодня ваш первый день в школе! Девиз нашего праздника: «Единой страной, единым народом мы построим новую жизнь и будущее!» Это значит, что наш Узбекистан — это наша большая семья и общий дом. В этом доме мы все дружны. Вы пришли в школу, чтобы стать умными и добрыми. Хорошо учиться — это ваша помощь нашей Родине. Вместе с нашими мамами, папами, друзьями мы сделаем наш дом еще красивее!</w:t>
      </w:r>
    </w:p>
    <w:p/>
    <w:p>
      <w:r>
        <w:rPr>
          <w:b w:val="0"/>
          <w:i w:val="0"/>
        </w:rPr>
        <w:t>Учитель вступает в диалог с учениками:</w:t>
      </w:r>
    </w:p>
    <w:p/>
    <w:p>
      <w:r>
        <w:rPr>
          <w:b w:val="0"/>
          <w:i w:val="0"/>
        </w:rPr>
        <w:t>— Ребята, Родина — это место, где мы родились, где живут наши родители, бабушки и дедушки. Это наш дом, наша улица, наша школа. Чтобы наша Родина процветала, каждый из нас должен стараться. Ваша главная работа сейчас — это старательно учиться. Согласны?</w:t>
      </w:r>
    </w:p>
    <w:p/>
    <w:p>
      <w:r>
        <w:br w:type="page"/>
      </w:r>
    </w:p>
    <w:p>
      <w:pPr>
        <w:pStyle w:val="Heading1"/>
      </w:pPr>
      <w:r>
        <w:rPr>
          <w:rFonts w:ascii="Times New Roman" w:hAnsi="Times New Roman"/>
          <w:color w:val="000000"/>
        </w:rPr>
        <w:t>IV. ДОСТИЖЕНИЯ НАШЕЙ РОДИНЫ И ЗАБОТА ГОСУДАРСТВА (10 МИНУТ)</w:t>
      </w:r>
    </w:p>
    <w:p>
      <w:r>
        <w:rPr>
          <w:b/>
          <w:i w:val="0"/>
        </w:rPr>
        <w:t>Огромная работа, проделанная по всей нашей стране накануне праздника Независимости:</w:t>
      </w:r>
    </w:p>
    <w:p/>
    <w:p>
      <w:r>
        <w:rPr>
          <w:b w:val="0"/>
          <w:i w:val="0"/>
        </w:rPr>
        <w:t>Государство очень заботится о детях и взрослых. В честь праздника по всему Узбекистану открылось много новых зданий, парков и заводов.</w:t>
      </w:r>
    </w:p>
    <w:p/>
    <w:p>
      <w:r>
        <w:rPr>
          <w:b w:val="0"/>
          <w:i w:val="0"/>
        </w:rPr>
        <w:t>Анализ цифр и фактов (на понятном языке):</w:t>
      </w:r>
    </w:p>
    <w:p/>
    <w:p>
      <w:r>
        <w:rPr>
          <w:b w:val="0"/>
          <w:i w:val="0"/>
        </w:rPr>
        <w:t>Наш Президент очень любит детей. К нашему празднику Независимости в нашей стране построили много новых школ, красивых детских садов и парков, где вы можете играть. На это было выделено очень много денег — около 50 триллионов сумов! Это сделано для того, чтобы вы учились в светлых классах, занимались спортом и росли здоровыми, а ваши родители могли работать на новых заводах.</w:t>
      </w:r>
    </w:p>
    <w:p/>
    <w:p>
      <w:r>
        <w:rPr>
          <w:b w:val="0"/>
          <w:i w:val="0"/>
        </w:rPr>
        <w:t>Беседа учителя:</w:t>
      </w:r>
    </w:p>
    <w:p/>
    <w:p>
      <w:r>
        <w:rPr>
          <w:b w:val="0"/>
          <w:i w:val="0"/>
        </w:rPr>
        <w:t>— Президент нашей страны делает все возможное, чтобы вы росли счастливыми. Выделено около 50 триллионов сумов инвестиций [1]. Эти огромные средства пошли на то, чтобы у вас были красивые парки с аттракционами, светлые классы с новыми партами и игрушками. Вы должны беречь все это, не ломать школьное имущество и любить свою страну.</w:t>
      </w:r>
    </w:p>
    <w:p/>
    <w:p>
      <w:r>
        <w:br w:type="page"/>
      </w:r>
    </w:p>
    <w:p>
      <w:pPr>
        <w:pStyle w:val="Heading1"/>
      </w:pPr>
      <w:r>
        <w:rPr>
          <w:rFonts w:ascii="Times New Roman" w:hAnsi="Times New Roman"/>
          <w:color w:val="000000"/>
        </w:rPr>
        <w:t>V. ГОСУДАРСТВЕННЫЕ НАГРАДЫ И ПАМЯТНЫЕ МОНЕТЫ (8 МИНУТ)</w:t>
      </w:r>
    </w:p>
    <w:p>
      <w:r>
        <w:rPr>
          <w:b/>
          <w:i w:val="0"/>
        </w:rPr>
        <w:t>Награды за хороший труд:</w:t>
      </w:r>
    </w:p>
    <w:p/>
    <w:p>
      <w:r>
        <w:rPr>
          <w:b w:val="0"/>
          <w:i w:val="0"/>
        </w:rPr>
        <w:t>За хорошие дела людям дают награды. Наше государство тоже награждает самых лучших людей специальной медалью — памятным знаком «35 лет независимости Республики Узбекистан». Ее дают лучшим учителям и врачам. А еще наш Центральный банк выпустил красивые, блестящие золотые монеты! Это память о нашем большом празднике на долгие годы.</w:t>
      </w:r>
    </w:p>
    <w:p/>
    <w:p>
      <w:r>
        <w:rPr>
          <w:b w:val="0"/>
          <w:i w:val="0"/>
        </w:rPr>
        <w:t>Дополнительная информация и ценности:</w:t>
      </w:r>
    </w:p>
    <w:p/>
    <w:p>
      <w:r>
        <w:rPr>
          <w:b w:val="0"/>
          <w:i w:val="0"/>
        </w:rPr>
        <w:t>Памятный знак и золотые монеты Центрального банка [1, 2] — это символы того, что наша страна развивается и богатеет. Золотые монеты выпущены специально к 35-летию, и на них изображены красивые места нашего Узбекистана. Это память для будущих поколений.</w:t>
      </w:r>
    </w:p>
    <w:p/>
    <w:p>
      <w:r>
        <w:rPr>
          <w:b w:val="0"/>
          <w:i w:val="0"/>
        </w:rPr>
        <w:t>Вопрос учащимся:</w:t>
      </w:r>
    </w:p>
    <w:p/>
    <w:p>
      <w:r>
        <w:rPr>
          <w:b w:val="0"/>
          <w:i w:val="0"/>
        </w:rPr>
        <w:t>— А вы хотите, когда вырастете, получить золотую медаль от государства за отличную работу? (Дети хором отвечают). Для этого нужно быть прилежными и послушными!</w:t>
      </w:r>
    </w:p>
    <w:p/>
    <w:p>
      <w:r>
        <w:br w:type="page"/>
      </w:r>
    </w:p>
    <w:p>
      <w:pPr>
        <w:pStyle w:val="Heading1"/>
      </w:pPr>
      <w:r>
        <w:rPr>
          <w:rFonts w:ascii="Times New Roman" w:hAnsi="Times New Roman"/>
          <w:color w:val="000000"/>
        </w:rPr>
        <w:t>VI. ИНТЕРАКТИВНОЕ ПРАКТИЧЕСКОЕ ЗАНЯТИЕ (13 МИНУТ)</w:t>
      </w:r>
    </w:p>
    <w:p>
      <w:r>
        <w:rPr>
          <w:b w:val="0"/>
          <w:i w:val="0"/>
        </w:rPr>
        <w:t>Для того чтобы немного отдохнуть и проявить свои таланты, проводится следующее занятие:</w:t>
      </w:r>
    </w:p>
    <w:p/>
    <w:p>
      <w:r>
        <w:rPr>
          <w:b w:val="0"/>
          <w:i w:val="0"/>
        </w:rPr>
        <w:t>Практическое занятие: «Мой флаг» и пальчиковая гимнастика.</w:t>
        <w:br/>
        <w:br/>
        <w:t>Учитель проводит с детьми веселую физкультминутку. Затем раздает первоклассникам черно-белые картинки с изображением флага Узбекистана. Дети с помощью цветных карандашей раскрашивают флаг в правильные цвета (голубой, белый, зеленый, красные линии). Учитель хвалит каждого ученика и рассказывает, что означает каждый цвет.</w:t>
      </w:r>
    </w:p>
    <w:p/>
    <w:p>
      <w:r>
        <w:rPr>
          <w:b w:val="0"/>
          <w:i w:val="0"/>
        </w:rPr>
        <w:t>Задача учителя:</w:t>
      </w:r>
    </w:p>
    <w:p/>
    <w:p>
      <w:r>
        <w:rPr>
          <w:b w:val="0"/>
          <w:i w:val="0"/>
        </w:rPr>
        <w:t>Учитель мягко направляет детей, помогает им, если они затрудняются. Во время рисования или письма звучит тихая патриотическая музыка. Учитель хвалит каждого ребенка, создавая ситуацию успеха, чтобы первый школьный день запомнился как радостный праздник.</w:t>
      </w:r>
    </w:p>
    <w:p/>
    <w:p>
      <w:r>
        <w:br w:type="page"/>
      </w:r>
    </w:p>
    <w:p>
      <w:pPr>
        <w:pStyle w:val="Heading1"/>
      </w:pPr>
      <w:r>
        <w:rPr>
          <w:rFonts w:ascii="Times New Roman" w:hAnsi="Times New Roman"/>
          <w:color w:val="000000"/>
        </w:rPr>
        <w:t>VII. ИНФОРМАЦИОННЫЕ ТЕХНОЛОГИИ И МЕДИА-ПРОПАГАНДА (5 МИНУТ)</w:t>
      </w:r>
    </w:p>
    <w:p>
      <w:r>
        <w:rPr>
          <w:b/>
          <w:i w:val="0"/>
        </w:rPr>
        <w:t>Праздник в телевизоре и интернете:</w:t>
      </w:r>
    </w:p>
    <w:p/>
    <w:p>
      <w:r>
        <w:rPr>
          <w:b w:val="0"/>
          <w:i w:val="0"/>
        </w:rPr>
        <w:t>— Ребята, сегодня, когда вы придете домой, обязательно посмотрите телевизор вместе с родителями. Там будут показывать красивые концерты, салюты и фильмы про наш Узбекистан [1].</w:t>
      </w:r>
    </w:p>
    <w:p/>
    <w:p>
      <w:r>
        <w:rPr>
          <w:b w:val="0"/>
          <w:i w:val="0"/>
        </w:rPr>
        <w:t>Специальные слова — хештеги:</w:t>
      </w:r>
    </w:p>
    <w:p/>
    <w:p>
      <w:pPr>
        <w:jc w:val="center"/>
      </w:pPr>
      <w:r>
        <w:rPr>
          <w:b/>
          <w:i w:val="0"/>
          <w:sz w:val="36"/>
        </w:rPr>
        <w:t>#Mustaqillik35</w:t>
      </w:r>
    </w:p>
    <w:p/>
    <w:p>
      <w:pPr>
        <w:jc w:val="center"/>
      </w:pPr>
      <w:r>
        <w:rPr>
          <w:b/>
          <w:i w:val="0"/>
          <w:sz w:val="36"/>
        </w:rPr>
        <w:t>#Uzb35</w:t>
      </w:r>
    </w:p>
    <w:p/>
    <w:p>
      <w:r>
        <w:rPr>
          <w:b w:val="0"/>
          <w:i w:val="0"/>
        </w:rPr>
        <w:t>Эти волшебные слова в интернете называются хештегами. Если ваши старшие братья, сестры или родители напишут их в телефоне, они увидят, как весело и красиво празднуют Независимость другие люди по всему миру [1]. Вы тоже можете попросить родителей сфотографировать вас в школьной форме и выложить фото с этими хештегами!</w:t>
      </w:r>
    </w:p>
    <w:p/>
    <w:p>
      <w:r>
        <w:br w:type="page"/>
      </w:r>
    </w:p>
    <w:p>
      <w:pPr>
        <w:pStyle w:val="Heading1"/>
      </w:pPr>
      <w:r>
        <w:rPr>
          <w:rFonts w:ascii="Times New Roman" w:hAnsi="Times New Roman"/>
          <w:color w:val="000000"/>
        </w:rPr>
        <w:t>VIII. ЗАКРЕПЛЕНИЕ УРОКА: ИГРА В ВОПРОСЫ И ОТВЕТЫ (7 МИНУТ)</w:t>
      </w:r>
    </w:p>
    <w:p>
      <w:r>
        <w:rPr>
          <w:b w:val="0"/>
          <w:i w:val="0"/>
        </w:rPr>
        <w:t>Давайте проверим, кто из вас самый внимательный слушатель! Учитель задает вопросы, а дети поднимают руки, чтобы ответить:</w:t>
      </w:r>
    </w:p>
    <w:p/>
    <w:p>
      <w:r>
        <w:rPr>
          <w:b/>
          <w:i w:val="0"/>
        </w:rPr>
        <w:t>Вопрос 1: Как называется наша любимая Родина?</w:t>
      </w:r>
    </w:p>
    <w:p/>
    <w:p>
      <w:r>
        <w:rPr>
          <w:b w:val="0"/>
          <w:i w:val="0"/>
        </w:rPr>
        <w:t>Ответ: Узбекистан!</w:t>
      </w:r>
    </w:p>
    <w:p/>
    <w:p>
      <w:r>
        <w:rPr>
          <w:b/>
          <w:i w:val="0"/>
        </w:rPr>
        <w:t>Вопрос 2: В какой класс вы сегодня пошли?</w:t>
      </w:r>
    </w:p>
    <w:p/>
    <w:p>
      <w:r>
        <w:rPr>
          <w:b w:val="0"/>
          <w:i w:val="0"/>
        </w:rPr>
        <w:t>Ответ: В 1-й класс!</w:t>
      </w:r>
    </w:p>
    <w:p/>
    <w:p>
      <w:r>
        <w:rPr>
          <w:b/>
          <w:i w:val="0"/>
        </w:rPr>
        <w:t>Вопрос 3: Сколько лет исполнилось нашему Узбекистану?</w:t>
      </w:r>
    </w:p>
    <w:p/>
    <w:p>
      <w:r>
        <w:rPr>
          <w:b w:val="0"/>
          <w:i w:val="0"/>
        </w:rPr>
        <w:t>Ответ: 35 лет!</w:t>
      </w:r>
    </w:p>
    <w:p/>
    <w:p>
      <w:r>
        <w:rPr>
          <w:b/>
          <w:i w:val="0"/>
        </w:rPr>
        <w:t>Вопрос 4: Кто строит для нас новые школы?</w:t>
      </w:r>
    </w:p>
    <w:p/>
    <w:p>
      <w:r>
        <w:rPr>
          <w:b w:val="0"/>
          <w:i w:val="0"/>
        </w:rPr>
        <w:t>Ответ: Наш Президент!</w:t>
      </w:r>
    </w:p>
    <w:p/>
    <w:p>
      <w:r>
        <w:rPr>
          <w:b/>
          <w:i w:val="0"/>
        </w:rPr>
        <w:t>Вопрос 5: Что выпустили к празднику из золота?</w:t>
      </w:r>
    </w:p>
    <w:p/>
    <w:p>
      <w:r>
        <w:rPr>
          <w:b w:val="0"/>
          <w:i w:val="0"/>
        </w:rPr>
        <w:t>Ответ: Золотые монеты!</w:t>
      </w:r>
    </w:p>
    <w:p/>
    <w:p>
      <w:r>
        <w:rPr>
          <w:b w:val="0"/>
          <w:i w:val="0"/>
        </w:rPr>
        <w:t>Поощрение и оценивание учащихся:</w:t>
      </w:r>
    </w:p>
    <w:p/>
    <w:p>
      <w:r>
        <w:rPr>
          <w:b w:val="0"/>
          <w:i w:val="0"/>
        </w:rPr>
        <w:t>В начальных классах (особенно в 1-м) оценки не ставятся. Поэтому учитель раздает всем детям красивые наклейки (стикеры) в виде звездочек или солнышек со словами «Молодец!», «Умница!». Это очень мотивирует детей к дальнейшей учебе.</w:t>
      </w:r>
    </w:p>
    <w:p/>
    <w:p>
      <w:r>
        <w:br w:type="page"/>
      </w:r>
    </w:p>
    <w:p>
      <w:pPr>
        <w:pStyle w:val="Heading1"/>
      </w:pPr>
      <w:r>
        <w:rPr>
          <w:rFonts w:ascii="Times New Roman" w:hAnsi="Times New Roman"/>
          <w:color w:val="000000"/>
        </w:rPr>
        <w:t>IX. ВЫВОДЫ, ЗАКЛЮЧИТЕЛЬНОЕ СЛОВО И ДОМАШНЕЕ ЗАДАНИЕ (5 МИНУТ)</w:t>
      </w:r>
    </w:p>
    <w:p>
      <w:r>
        <w:rPr>
          <w:b/>
          <w:i w:val="0"/>
        </w:rPr>
        <w:t>Вывод по уроку:</w:t>
      </w:r>
    </w:p>
    <w:p/>
    <w:p>
      <w:r>
        <w:rPr>
          <w:b w:val="0"/>
          <w:i w:val="0"/>
        </w:rPr>
        <w:t>Наша Родина — свободный и прекрасный Узбекистан. Благодаря независимости у нас есть возможность спокойно учиться, радоваться и дружить. Наш девиз «Единой страной, единым народом мы построим новую жизнь и будущее!» призывает нас быть сплоченными и любить свою страну.</w:t>
      </w:r>
    </w:p>
    <w:p/>
    <w:p>
      <w:r>
        <w:rPr>
          <w:b/>
          <w:i w:val="0"/>
        </w:rPr>
        <w:t>Домашнее задание:</w:t>
      </w:r>
    </w:p>
    <w:p/>
    <w:p>
      <w:r>
        <w:rPr>
          <w:b w:val="0"/>
          <w:i w:val="0"/>
        </w:rPr>
        <w:t>1. Обязательно посмотреть праздничный салют или концерты по телевизору вместе с семьей [1].</w:t>
      </w:r>
    </w:p>
    <w:p/>
    <w:p>
      <w:r>
        <w:rPr>
          <w:b w:val="0"/>
          <w:i w:val="0"/>
        </w:rPr>
        <w:t>2. Рассказать мамам и папам о том, что такое 50 триллионов инвестиций, памятные знаки и золотые монеты [1, 2], о которых мы говорили на уроке.</w:t>
      </w:r>
    </w:p>
    <w:p/>
    <w:p>
      <w:r>
        <w:rPr>
          <w:b w:val="0"/>
          <w:i w:val="0"/>
        </w:rPr>
        <w:t>3. Принести в школу хорошее настроение на завтрашние уроки!</w:t>
      </w:r>
    </w:p>
    <w:p/>
    <w:p>
      <w:r>
        <w:rPr>
          <w:b w:val="0"/>
          <w:i w:val="0"/>
        </w:rPr>
        <w:t>С праздником вас! Пусть каждый ваш день в школе будет интересным и познавательным!</w:t>
      </w:r>
    </w:p>
    <w:p/>
    <w:p>
      <w:pPr>
        <w:jc w:val="center"/>
      </w:pPr>
      <w:r>
        <w:rPr>
          <w:b w:val="0"/>
          <w:i w:val="0"/>
        </w:rPr>
        <w:t>***</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