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2E8" w:rsidRDefault="00B202E8"/>
    <w:p w:rsidR="00B202E8" w:rsidRDefault="00B202E8"/>
    <w:p w:rsidR="00B202E8" w:rsidRDefault="00B202E8"/>
    <w:p w:rsidR="00B202E8" w:rsidRDefault="00B202E8"/>
    <w:p w:rsidR="00B202E8" w:rsidRDefault="00B202E8"/>
    <w:p w:rsidR="00B202E8" w:rsidRDefault="00B202E8"/>
    <w:p w:rsidR="00B202E8" w:rsidRDefault="00B202E8"/>
    <w:p w:rsidR="00B202E8" w:rsidRDefault="00963689">
      <w:pPr>
        <w:jc w:val="center"/>
      </w:pPr>
      <w:r>
        <w:rPr>
          <w:b/>
        </w:rPr>
        <w:t>OʻZBEKISTON RESPUBLIKASI MAKTABGACHA VA MAKTAB TA'LIMI VAZIRLIGI</w:t>
      </w:r>
    </w:p>
    <w:p w:rsidR="00B202E8" w:rsidRDefault="00B202E8"/>
    <w:p w:rsidR="00B202E8" w:rsidRDefault="00963689" w:rsidP="00963689">
      <w:pPr>
        <w:jc w:val="center"/>
      </w:pPr>
      <w:r>
        <w:rPr>
          <w:b/>
          <w:sz w:val="44"/>
        </w:rPr>
        <w:t>10-</w:t>
      </w:r>
      <w:r w:rsidRPr="00963689">
        <w:rPr>
          <w:b/>
          <w:sz w:val="48"/>
        </w:rPr>
        <w:t xml:space="preserve"> </w:t>
      </w:r>
      <w:r>
        <w:rPr>
          <w:b/>
          <w:sz w:val="48"/>
        </w:rPr>
        <w:t>SINF UCHUN “MUSTAQILLIK DARSI”</w:t>
      </w:r>
      <w:r>
        <w:rPr>
          <w:b/>
          <w:sz w:val="48"/>
        </w:rPr>
        <w:br/>
        <w:t>DARS ISHLANMASI</w:t>
      </w:r>
    </w:p>
    <w:p w:rsidR="00B202E8" w:rsidRDefault="00B202E8"/>
    <w:p w:rsidR="00B202E8" w:rsidRDefault="00B202E8"/>
    <w:p w:rsidR="00B202E8" w:rsidRDefault="00B202E8"/>
    <w:p w:rsidR="00B202E8" w:rsidRDefault="00963689">
      <w:pPr>
        <w:jc w:val="center"/>
      </w:pPr>
      <w:r>
        <w:rPr>
          <w:b/>
          <w:sz w:val="36"/>
        </w:rPr>
        <w:t>Mavzu: Oʻzbekiston Respublikasi davlat mustaqilligining 35 yilligi</w:t>
      </w:r>
    </w:p>
    <w:p w:rsidR="00B202E8" w:rsidRDefault="00B202E8"/>
    <w:p w:rsidR="00B202E8" w:rsidRDefault="00963689">
      <w:pPr>
        <w:jc w:val="center"/>
      </w:pPr>
      <w:r>
        <w:rPr>
          <w:b/>
          <w:color w:val="003399"/>
        </w:rPr>
        <w:t xml:space="preserve">Bosh gʻoya: “Yagona Vatan, yagona </w:t>
      </w:r>
      <w:r>
        <w:rPr>
          <w:b/>
          <w:color w:val="003399"/>
        </w:rPr>
        <w:t xml:space="preserve">xalq boʻlib, yangi hayot va kelajak yaratamiz!” </w:t>
      </w:r>
      <w:bookmarkStart w:id="0" w:name="_GoBack"/>
      <w:bookmarkEnd w:id="0"/>
    </w:p>
    <w:p w:rsidR="00B202E8" w:rsidRDefault="00B202E8"/>
    <w:p w:rsidR="00B202E8" w:rsidRDefault="00B202E8"/>
    <w:p w:rsidR="00B202E8" w:rsidRDefault="00B202E8"/>
    <w:p w:rsidR="00B202E8" w:rsidRDefault="00B202E8"/>
    <w:p w:rsidR="00B202E8" w:rsidRDefault="00B202E8"/>
    <w:p w:rsidR="00B202E8" w:rsidRDefault="00B202E8"/>
    <w:p w:rsidR="00B202E8" w:rsidRDefault="00B202E8"/>
    <w:p w:rsidR="00B202E8" w:rsidRDefault="00B202E8"/>
    <w:p w:rsidR="00B202E8" w:rsidRDefault="00B202E8"/>
    <w:p w:rsidR="00B202E8" w:rsidRDefault="00963689">
      <w:pPr>
        <w:jc w:val="right"/>
      </w:pPr>
      <w:r>
        <w:rPr>
          <w:i/>
        </w:rPr>
        <w:t>Tayyorladi: _______________________</w:t>
      </w:r>
    </w:p>
    <w:p w:rsidR="00B202E8" w:rsidRDefault="00B202E8"/>
    <w:p w:rsidR="00B202E8" w:rsidRDefault="00963689">
      <w:r>
        <w:br w:type="page"/>
      </w:r>
    </w:p>
    <w:p w:rsidR="00B202E8" w:rsidRDefault="00963689">
      <w:pPr>
        <w:pStyle w:val="1"/>
      </w:pPr>
      <w:r>
        <w:rPr>
          <w:rFonts w:ascii="Times New Roman" w:hAnsi="Times New Roman"/>
          <w:color w:val="000000"/>
        </w:rPr>
        <w:lastRenderedPageBreak/>
        <w:t>I. DARS MAVZUSI, MAQSADLARI VA KUTILAYOTGAN NATIJALAR</w:t>
      </w:r>
    </w:p>
    <w:p w:rsidR="00B202E8" w:rsidRDefault="00963689">
      <w:r>
        <w:t xml:space="preserve">Dars mavzusi: Oʻzbekiston Respublikasi davlat mustaqilligining 35 yilligi keng nishonlanishi va </w:t>
      </w:r>
      <w:r>
        <w:t>uning mohiyati.</w:t>
      </w:r>
    </w:p>
    <w:p w:rsidR="00B202E8" w:rsidRDefault="00B202E8"/>
    <w:p w:rsidR="00B202E8" w:rsidRDefault="00963689">
      <w:r>
        <w:rPr>
          <w:b/>
        </w:rPr>
        <w:t>Darsning ta'limiy maqsadi:</w:t>
      </w:r>
    </w:p>
    <w:p w:rsidR="00B202E8" w:rsidRDefault="00B202E8"/>
    <w:p w:rsidR="00B202E8" w:rsidRDefault="00963689">
      <w:r>
        <w:t>10-sinf o'quvchilariga mustaqillik yillarida amalga oshirilgan ulkan bunyodkorlik ishlari, davlatimiz siyosati, qabul qilingan muhim qarorlar va islohotlarni ularning yosh xususiyatlariga to'la mos keladigan tar</w:t>
      </w:r>
      <w:r>
        <w:t>zda, chuqur tahlil qilib tushuntirish. Shuningdek, 'Yagona Vatan, yagona xalq boʻlib, yangi hayot va kelajak yaratamiz!' shiorining amaliy ifodasini yoritib berish [1].</w:t>
      </w:r>
    </w:p>
    <w:p w:rsidR="00B202E8" w:rsidRDefault="00B202E8"/>
    <w:p w:rsidR="00B202E8" w:rsidRDefault="00963689">
      <w:r>
        <w:rPr>
          <w:b/>
        </w:rPr>
        <w:t>Darsning tarbiyaviy maqsadi:</w:t>
      </w:r>
    </w:p>
    <w:p w:rsidR="00B202E8" w:rsidRDefault="00B202E8"/>
    <w:p w:rsidR="00B202E8" w:rsidRDefault="00963689">
      <w:r>
        <w:t>Yoshlarni ona Vatanga muhabbat, xalqimizning ko'p asrlik</w:t>
      </w:r>
      <w:r>
        <w:t xml:space="preserve"> milliy an'ana va qadriyatlariga hurmat ruhida tarbiyalash. Tinchlik, barqarorlik va millatlararo totuvlikning qadriga yetish hissini dildan shakllantirish.</w:t>
      </w:r>
    </w:p>
    <w:p w:rsidR="00B202E8" w:rsidRDefault="00B202E8"/>
    <w:p w:rsidR="00B202E8" w:rsidRDefault="00963689">
      <w:r>
        <w:rPr>
          <w:b/>
        </w:rPr>
        <w:t>Darsning rivojlantiruvchi maqsadi:</w:t>
      </w:r>
    </w:p>
    <w:p w:rsidR="00B202E8" w:rsidRDefault="00B202E8"/>
    <w:p w:rsidR="00B202E8" w:rsidRDefault="00963689">
      <w:r>
        <w:t>O'quvchilarning mustaqil, mantiqiy va tanqidiy fikrlash doiras</w:t>
      </w:r>
      <w:r>
        <w:t>ini kengaytirish. Nutq madaniyatini o'stirish, o'z fikrlarini erkin va dalillar asosida tushuntira olish hamda jamoada faol ishlash ko'nikmalarini takomillashtirish.</w:t>
      </w:r>
    </w:p>
    <w:p w:rsidR="00B202E8" w:rsidRDefault="00B202E8"/>
    <w:p w:rsidR="00B202E8" w:rsidRDefault="00963689">
      <w:r>
        <w:lastRenderedPageBreak/>
        <w:t>Dars turi: Interfaol, yangi bilimlarni mustahkamlovchi, Yuqori sinf yosh darajasiga mosla</w:t>
      </w:r>
      <w:r>
        <w:t>shtirilgan ochiq muloqot darsi.</w:t>
      </w:r>
    </w:p>
    <w:p w:rsidR="00B202E8" w:rsidRDefault="00B202E8"/>
    <w:p w:rsidR="00B202E8" w:rsidRDefault="00963689">
      <w:r>
        <w:t>Dars jihozlari: O'zbekiston xaritasi, Prezident portreti, Davlat ramzlari, 35 yillik bayram logotipi tushirilgan plakatlar, esdalik nishonlari va tangalarning kattalashtirilgan suratlari, multimedia proyektori, taqdimot sla</w:t>
      </w:r>
      <w:r>
        <w:t>ydrlari.</w:t>
      </w:r>
    </w:p>
    <w:p w:rsidR="00B202E8" w:rsidRDefault="00B202E8"/>
    <w:p w:rsidR="00B202E8" w:rsidRDefault="00963689">
      <w:r>
        <w:br w:type="page"/>
      </w:r>
    </w:p>
    <w:p w:rsidR="00B202E8" w:rsidRDefault="00963689">
      <w:pPr>
        <w:pStyle w:val="1"/>
      </w:pPr>
      <w:r>
        <w:rPr>
          <w:rFonts w:ascii="Times New Roman" w:hAnsi="Times New Roman"/>
          <w:color w:val="000000"/>
        </w:rPr>
        <w:lastRenderedPageBreak/>
        <w:t>II. TASHKILIY QISM VA RUHIY TAYYORGARLIK (5 DAQIQA)</w:t>
      </w:r>
    </w:p>
    <w:p w:rsidR="00B202E8" w:rsidRDefault="00963689">
      <w:r>
        <w:t>Sinf xonasini darsga tayyorlash:</w:t>
      </w:r>
    </w:p>
    <w:p w:rsidR="00B202E8" w:rsidRDefault="00B202E8"/>
    <w:p w:rsidR="00B202E8" w:rsidRDefault="00963689">
      <w:r>
        <w:t>O'qituvchi sinfga kirgach, o'quvchilar bilan salomlashadi. Navbatchi orqali davomat aniqlanadi. Sinf xonasining tozaligi, ko'rgazmali qurollarning joyida ekan</w:t>
      </w:r>
      <w:r>
        <w:t>ligi va multimedia vositalarining ishlashi tekshiriladi.</w:t>
      </w:r>
    </w:p>
    <w:p w:rsidR="00B202E8" w:rsidRDefault="00B202E8"/>
    <w:p w:rsidR="00B202E8" w:rsidRDefault="00963689">
      <w:r>
        <w:rPr>
          <w:b/>
        </w:rPr>
        <w:t>O'qituvchining darsni boshlashdagi kirish so'zlari (To'liq matn):</w:t>
      </w:r>
    </w:p>
    <w:p w:rsidR="00B202E8" w:rsidRDefault="00B202E8"/>
    <w:p w:rsidR="00B202E8" w:rsidRDefault="00963689">
      <w:r>
        <w:t>— Assalomu alaykum, bo'lajak bitiruvchilar, mustaqil yurt tayanchlari! Yozgi ta'tilni maroqli va mazmunli o'tkazib, maktab bag'riga</w:t>
      </w:r>
      <w:r>
        <w:t xml:space="preserve"> qaytganingiz bilan chin dildan tabriklayman. Bugun mamlakatimiz bo'ylab barcha maktablarda, har bir sinf xonasida yagona ohang, yagona kayfiyat hukm surmoqda. Chunki biz bugun Vatanimiz tarixidagi eng ulug', eng aziz bayram — Mustaqillik kunining 35 yilli</w:t>
      </w:r>
      <w:r>
        <w:t>gi shodiyonasini o'tkazmoqdamiz. Bugun sizlar bir pog'ona yuqorilab, 10-sinf o'quvchisi degan mas'uliyatli nomga ega bo'ldingiz. Bu yil sizlar uchun yanada qiziqarli darslar, kashfiyotlar va yangi bilimlar yili bo'ladi.</w:t>
      </w:r>
    </w:p>
    <w:p w:rsidR="00B202E8" w:rsidRDefault="00B202E8"/>
    <w:p w:rsidR="00B202E8" w:rsidRDefault="00963689">
      <w:r>
        <w:t xml:space="preserve">Davlat Madhiyasini ijro etish va </w:t>
      </w:r>
      <w:r>
        <w:t>milliy g'urur:</w:t>
      </w:r>
    </w:p>
    <w:p w:rsidR="00B202E8" w:rsidRDefault="00B202E8"/>
    <w:p w:rsidR="00B202E8" w:rsidRDefault="00963689">
      <w:r>
        <w:t>— Aziz o'quvchilar, xalqimizning o'zligini, uning kuch-qudrati va porloq kelajagini o'zida mujassam etgan eng buyuk qo'shig'imiz bor. Bu — O'zbekiston Respublikasi Davlat madhiyasidir. Keling, darsimizni yurtimizga bo'lgan sadoqatimiz ramzi</w:t>
      </w:r>
      <w:r>
        <w:t xml:space="preserve"> sifatida, madhiyamizni barchamiz jo'r bo'lib kuylash bilan boshlaymiz.</w:t>
      </w:r>
    </w:p>
    <w:p w:rsidR="00B202E8" w:rsidRDefault="00B202E8"/>
    <w:p w:rsidR="00B202E8" w:rsidRDefault="00963689">
      <w:r>
        <w:lastRenderedPageBreak/>
        <w:t>(Barcha o'quvchilar o'rinlaridan turib, o'ng qo'llarini ko'ksilariga qo'ygan holda Davlat madhiyasini kuylaydilar. Bu jarayon o'quvchilarda vatanga sadoqat va g'urur hissini shakllant</w:t>
      </w:r>
      <w:r>
        <w:t>iradi).</w:t>
      </w:r>
    </w:p>
    <w:p w:rsidR="00B202E8" w:rsidRDefault="00B202E8"/>
    <w:p w:rsidR="00B202E8" w:rsidRDefault="00963689">
      <w:r>
        <w:br w:type="page"/>
      </w:r>
    </w:p>
    <w:p w:rsidR="00B202E8" w:rsidRDefault="00963689">
      <w:pPr>
        <w:pStyle w:val="1"/>
      </w:pPr>
      <w:r>
        <w:rPr>
          <w:rFonts w:ascii="Times New Roman" w:hAnsi="Times New Roman"/>
          <w:color w:val="000000"/>
        </w:rPr>
        <w:lastRenderedPageBreak/>
        <w:t>III. YANGI MAVZU BAYONI: BAYRAM SHIORI VA UNING MOHIYATI (12 DAQIQA)</w:t>
      </w:r>
    </w:p>
    <w:p w:rsidR="00B202E8" w:rsidRDefault="00963689">
      <w:r>
        <w:t>O'qituvchi ekranda yoki doskada bayram shiorini katta va chiroyli harflar bilan namoyish etadi. Barcha o'quvchilar shiorni birgalikda o'qiydilar:</w:t>
      </w:r>
    </w:p>
    <w:p w:rsidR="00B202E8" w:rsidRDefault="00B202E8"/>
    <w:p w:rsidR="00B202E8" w:rsidRDefault="00963689">
      <w:pPr>
        <w:jc w:val="center"/>
      </w:pPr>
      <w:r>
        <w:rPr>
          <w:b/>
        </w:rPr>
        <w:t>“Yagona Vatan, yagona xalq bo</w:t>
      </w:r>
      <w:r>
        <w:rPr>
          <w:b/>
        </w:rPr>
        <w:t>ʻ</w:t>
      </w:r>
      <w:r>
        <w:rPr>
          <w:b/>
        </w:rPr>
        <w:t>lib, yangi hayot va kelajak yaratamiz!” [1]</w:t>
      </w:r>
    </w:p>
    <w:p w:rsidR="00B202E8" w:rsidRDefault="00B202E8"/>
    <w:p w:rsidR="00B202E8" w:rsidRDefault="00963689">
      <w:r>
        <w:rPr>
          <w:b/>
        </w:rPr>
        <w:t>Shiorni yosh xususiyatiga ko'ra tushuntirish va tahlil qilish:</w:t>
      </w:r>
    </w:p>
    <w:p w:rsidR="00B202E8" w:rsidRDefault="00B202E8"/>
    <w:p w:rsidR="00B202E8" w:rsidRDefault="00963689">
      <w:r>
        <w:t>Sizlar maktabni tamomlab, mustaqil hayotga qadam qo'yish arafasidasiz. Bu yilgi bosh g'oya — 'Yagona Vatan, yagona xalq boʻlib, yangi hayot va kel</w:t>
      </w:r>
      <w:r>
        <w:t>ajak yaratamiz!' Siz yoshlar ushbu kelajakning bosh me'morlarisiz. Yangi hayot yaratish faqat iqtisodiy o'sish degani emas, balki jamiyatda huquqiy madaniyatni yuksaltirish, korrupsiyaga qarshi kurashish, fuqarolik mas'uliyatini his etish demakdir. Uchinch</w:t>
      </w:r>
      <w:r>
        <w:t>i Renessans poydevorini barpo etish bevosita sizning innovatsion g'oyalaringizga, startap loyihalaringizga va jahon bozoriga chiqa oladigan intellektual salohiyatingizga suyanadi.</w:t>
      </w:r>
    </w:p>
    <w:p w:rsidR="00B202E8" w:rsidRDefault="00B202E8"/>
    <w:p w:rsidR="00B202E8" w:rsidRDefault="00963689">
      <w:r>
        <w:t>O'qituvchi o'quvchilar bilan muloqotga kirishadi:</w:t>
      </w:r>
    </w:p>
    <w:p w:rsidR="00B202E8" w:rsidRDefault="00B202E8"/>
    <w:p w:rsidR="00B202E8" w:rsidRDefault="00963689">
      <w:r>
        <w:t>— O'quvchilar, har bir x</w:t>
      </w:r>
      <w:r>
        <w:t>alqning o'z oldiga qo'ygan buyuk maqsadi bo'ladi. Bizning maqsadimiz — Uchinchi Renessans, ya'ni yangi uyg'onish davrini yaratishdir. Tarixga nazar tashlasangiz, bizning bobokalonlarimiz Xorazmiy, Beruniy, Ibn Sino, Navoiy, Mirzo Ulug'bek butun dunyoni o'z</w:t>
      </w:r>
      <w:r>
        <w:t xml:space="preserve"> ilm-fani bilan lol qoldirgan. Bugungi 'Yangi hayot va kelajak yaratamiz' degan chaqiriq aynan sizlarga qaratilgan. Sizlar kompyuter texnologiyalari, xorijiy tillar, aniq va tabiiy fanlarni chuqur o'rganib, O'zbekiston nomini yana butun dunyoga tanitishing</w:t>
      </w:r>
      <w:r>
        <w:t>iz kerak.</w:t>
      </w:r>
    </w:p>
    <w:p w:rsidR="00B202E8" w:rsidRDefault="00B202E8"/>
    <w:p w:rsidR="00B202E8" w:rsidRDefault="00963689">
      <w:r>
        <w:br w:type="page"/>
      </w:r>
    </w:p>
    <w:p w:rsidR="00B202E8" w:rsidRDefault="00963689">
      <w:pPr>
        <w:pStyle w:val="1"/>
      </w:pPr>
      <w:r>
        <w:rPr>
          <w:rFonts w:ascii="Times New Roman" w:hAnsi="Times New Roman"/>
          <w:color w:val="000000"/>
        </w:rPr>
        <w:lastRenderedPageBreak/>
        <w:t>IV. VATANIMIZ ERISHAYOTGAN YUTUQLAR VA IQTISODIYOT (10 DAQIQA)</w:t>
      </w:r>
    </w:p>
    <w:p w:rsidR="00B202E8" w:rsidRDefault="00963689">
      <w:r>
        <w:rPr>
          <w:b/>
        </w:rPr>
        <w:t>Mustaqillik bayrami arafasida mamlakatimiz bo'ylab amalga oshirilgan ulkan ishlar:</w:t>
      </w:r>
    </w:p>
    <w:p w:rsidR="00B202E8" w:rsidRDefault="00B202E8"/>
    <w:p w:rsidR="00B202E8" w:rsidRDefault="00963689">
      <w:r>
        <w:t>Yangi O'zbekiston g'oyasi quruq so'zlar bilan emas, balki aniq raqamlar, ulkan qurilishlar va am</w:t>
      </w:r>
      <w:r>
        <w:t>alga oshirilayotgan yirik loyihalar bilan isbotlanmoqda. Bayram munosabati bilan davlatimiz tomonidan xalqimizga juda katta tuxfalar tayyorlandi.</w:t>
      </w:r>
    </w:p>
    <w:p w:rsidR="00B202E8" w:rsidRDefault="00B202E8"/>
    <w:p w:rsidR="00B202E8" w:rsidRDefault="00963689">
      <w:r>
        <w:t>Raqamlar va faktlar tahlili:</w:t>
      </w:r>
    </w:p>
    <w:p w:rsidR="00B202E8" w:rsidRDefault="00B202E8"/>
    <w:p w:rsidR="00B202E8" w:rsidRDefault="00963689">
      <w:r>
        <w:t xml:space="preserve">Makroiqtisodiy yutuqlarimiz haqida gaplashamiz. Mustaqillik bayrami arafasida </w:t>
      </w:r>
      <w:r>
        <w:t>qariyb 50 trillion soʻmlik yirik investitsiyaviy loyihalar ishga tushirildi. Bu ko'rsatkich yalpi ichki mahsulotimiz (YaIM) o'sishiga, eksport salohiyatimizning oshishiga bevosita ta'sir qiladi. Yirik xorijiy va mahalliy investitsiyalar asosan 'Yashil iqti</w:t>
      </w:r>
      <w:r>
        <w:t>sodiyot', raqamli texnologiyalar, muqobil energiya manbalari (quyosh va shamol elektr stansiyalari) va og'ir sanoat klasterlarini rivojlantirishga yo'naltirildi. Bu sizlar uchun universitetni bitirgach, zamonaviy va yuqori maoshli ish o'rinlari tayyor dega</w:t>
      </w:r>
      <w:r>
        <w:t>nidir.</w:t>
      </w:r>
    </w:p>
    <w:p w:rsidR="00B202E8" w:rsidRDefault="00B202E8"/>
    <w:p w:rsidR="00B202E8" w:rsidRDefault="00963689">
      <w:r>
        <w:t>O'qituvchi suhbati:</w:t>
      </w:r>
    </w:p>
    <w:p w:rsidR="00B202E8" w:rsidRDefault="00B202E8"/>
    <w:p w:rsidR="00B202E8" w:rsidRDefault="00963689">
      <w:r>
        <w:t>— Ko'rib turganingizdek, qariyb 50 trillion soʻmlik yirik investitsiyaviy loyihalar va ijtimoiy obyektlar foydalanishga topshirildi [1]. Bu faqatgina bitta bayram arafasida qilingan ishlar! Mamlakatimiz hududlari kun sayin emas</w:t>
      </w:r>
      <w:r>
        <w:t xml:space="preserve">, soat sayin o'zgarib bormoqda. Cho'l hududlarida bog'lar paydo bo'lyapti, eski binolar o'rnida baland va zamonaviy majmualar qad ko'taryapti. Eng asosiysi, chekka qishloqlardagi yoshlar uchun ham internet, </w:t>
      </w:r>
      <w:r>
        <w:lastRenderedPageBreak/>
        <w:t>zamonaviy axborot-kutubxona markazlari va sport m</w:t>
      </w:r>
      <w:r>
        <w:t>ajmualari barpo etilmoqda.</w:t>
      </w:r>
    </w:p>
    <w:p w:rsidR="00B202E8" w:rsidRDefault="00B202E8"/>
    <w:p w:rsidR="00B202E8" w:rsidRDefault="00963689">
      <w:r>
        <w:br w:type="page"/>
      </w:r>
    </w:p>
    <w:p w:rsidR="00B202E8" w:rsidRDefault="00963689">
      <w:pPr>
        <w:pStyle w:val="1"/>
      </w:pPr>
      <w:r>
        <w:rPr>
          <w:rFonts w:ascii="Times New Roman" w:hAnsi="Times New Roman"/>
          <w:color w:val="000000"/>
        </w:rPr>
        <w:lastRenderedPageBreak/>
        <w:t>V. DAVLAT MUKOFOTLARI, ESDALIK NISHONLARI VA TANGALARI (8 DAQIQA)</w:t>
      </w:r>
    </w:p>
    <w:p w:rsidR="00B202E8" w:rsidRDefault="00963689">
      <w:r>
        <w:rPr>
          <w:b/>
        </w:rPr>
        <w:t>Davlat mukofotlari qadri va numizmatik boyliklarimiz:</w:t>
      </w:r>
    </w:p>
    <w:p w:rsidR="00B202E8" w:rsidRDefault="00B202E8"/>
    <w:p w:rsidR="00B202E8" w:rsidRDefault="00963689">
      <w:r>
        <w:t xml:space="preserve">Davlat boshqaruvi va mukofotlar tizimida yangiliklar: Hukumat qarori bilan “Oʻzbekiston Respublikasi </w:t>
      </w:r>
      <w:r>
        <w:t>mustaqilligining 35 yilligi” esdalik nishoni taʼsis etildi. Shuningdek, iqtisodiyotimiz barqarorligi va oltin-valyuta zaxiralarimiz ramzi sifatida Markaziy bank esdalik oltin tangalarini muomalaga kiritdi. Ushbu oltin tangalar jahon bozoridagi investitsion</w:t>
      </w:r>
      <w:r>
        <w:t xml:space="preserve"> vosita va kolleksionerlar uchun nodir numizmatik topilma bo'lib xizmat qiladi. Bu davlatimizning o'z milliy boyliklarini qadrlashini anglatadi.</w:t>
      </w:r>
    </w:p>
    <w:p w:rsidR="00B202E8" w:rsidRDefault="00B202E8"/>
    <w:p w:rsidR="00B202E8" w:rsidRDefault="00963689">
      <w:r>
        <w:t>Qo'shimcha ma'lumotlar va qadriyatlar:</w:t>
      </w:r>
    </w:p>
    <w:p w:rsidR="00B202E8" w:rsidRDefault="00B202E8"/>
    <w:p w:rsidR="00B202E8" w:rsidRDefault="00963689">
      <w:r>
        <w:t>Mustaqillikning 35 yilligi munosabati bilan ta'sis etilgan esdalik nis</w:t>
      </w:r>
      <w:r>
        <w:t>honi va Markaziy bank oltin tangalari [1, 2] shunchaki buyum emas. Ular davlatimizning o'z fuqarolariga bo'lgan hurmatini bildiradi. Qachonki inson o'z kasbini sevib, halol mehnat qilsa, uning mehnati albatta davlat va jamiyat tomonidan e'tirof etiladi. Es</w:t>
      </w:r>
      <w:r>
        <w:t>dalik oltin tangalari esa iqtisodiyotimizning mustahkamligidan, moliyaviy tizimimizning xalqaro darajada o'z o'rniga ega ekanligidan dalolat beradi.</w:t>
      </w:r>
    </w:p>
    <w:p w:rsidR="00B202E8" w:rsidRDefault="00B202E8"/>
    <w:p w:rsidR="00B202E8" w:rsidRDefault="00963689">
      <w:r>
        <w:t>O'quvchilarga savol:</w:t>
      </w:r>
    </w:p>
    <w:p w:rsidR="00B202E8" w:rsidRDefault="00B202E8"/>
    <w:p w:rsidR="00B202E8" w:rsidRDefault="00963689">
      <w:r>
        <w:t>— Qani aytingchi, orangizda o'z ota-onasi, bobo yoki buvisi davlat mukofoti yoki nis</w:t>
      </w:r>
      <w:r>
        <w:t>honlari olganlar bormi? (Sinfdagi o'quvchilar o'z yaqinlari haqida faxr bilan gapirib beradilar).</w:t>
      </w:r>
    </w:p>
    <w:p w:rsidR="00B202E8" w:rsidRDefault="00B202E8"/>
    <w:p w:rsidR="00B202E8" w:rsidRDefault="00963689">
      <w:r>
        <w:lastRenderedPageBreak/>
        <w:br w:type="page"/>
      </w:r>
    </w:p>
    <w:p w:rsidR="00B202E8" w:rsidRDefault="00963689">
      <w:pPr>
        <w:pStyle w:val="1"/>
      </w:pPr>
      <w:r>
        <w:rPr>
          <w:rFonts w:ascii="Times New Roman" w:hAnsi="Times New Roman"/>
          <w:color w:val="000000"/>
        </w:rPr>
        <w:lastRenderedPageBreak/>
        <w:t>VI. INTERFAOL AMALIY MASHG'ULOT (13 DAQIQA)</w:t>
      </w:r>
    </w:p>
    <w:p w:rsidR="00B202E8" w:rsidRDefault="00963689">
      <w:r>
        <w:t>Darsni qiziqarli va mazmunli o'tkazish maqsadida o'quvchilar bilan quyidagi maxsus mashg'ulot tashkil etiladi:</w:t>
      </w:r>
    </w:p>
    <w:p w:rsidR="00B202E8" w:rsidRDefault="00B202E8"/>
    <w:p w:rsidR="00B202E8" w:rsidRDefault="00963689">
      <w:r>
        <w:t>Amaliy mashg'ulot: Debat va tahliliy munozara.</w:t>
      </w:r>
      <w:r>
        <w:br/>
      </w:r>
      <w:r>
        <w:br/>
        <w:t>Mavzu: 'Yangi O'zbekiston taraqqiyotida an'analar va innovatsiyalar balansi'.</w:t>
      </w:r>
      <w:r>
        <w:br/>
        <w:t xml:space="preserve">Sinf ikki guruhga bo'linadi (Tasdiqlovchi va Inkor etuvchi guruhlar). O'quvchilar global internet tizimidan olingan ma'lumotlar, </w:t>
      </w:r>
      <w:r>
        <w:t>zamonaviy iqtisodiy islohotlar va milliy qadriyatlarimizni taqqoslab, o'z fikrlarini ilmiy-tahliliy asosda himoya qiladilar. O'qituvchi moderator vazifasini bajarib, munozara so'ngida xulosalar chiqaradi va eng yaxshi notiqlarni aniqlaydi.</w:t>
      </w:r>
    </w:p>
    <w:p w:rsidR="00B202E8" w:rsidRDefault="00B202E8"/>
    <w:p w:rsidR="00B202E8" w:rsidRDefault="00963689">
      <w:r>
        <w:t xml:space="preserve">O'qituvchining </w:t>
      </w:r>
      <w:r>
        <w:t>vazifasi:</w:t>
      </w:r>
    </w:p>
    <w:p w:rsidR="00B202E8" w:rsidRDefault="00B202E8"/>
    <w:p w:rsidR="00B202E8" w:rsidRDefault="00963689">
      <w:r>
        <w:t xml:space="preserve">Jarayon davomida o'qituvchi har bir o'quvchining ishtirokini diqqat bilan kuzatadi. Tortinchoq o'quvchilarni ruhlantiradi, xato fikrlarni to'g'ri yo'nalishga soladi. Yoshlar o'rtasida sog'lom raqobat muhitini yaratib, ularning mustaqil fikr </w:t>
      </w:r>
      <w:r>
        <w:t>yuritish qobiliyatini yuksaltiradi. Mustaqillik shunchaki bayram emas, u ulkan mas'uliyat ekanligini amaliy mashqlar orqali isbotlab beradi.</w:t>
      </w:r>
    </w:p>
    <w:p w:rsidR="00B202E8" w:rsidRDefault="00B202E8"/>
    <w:p w:rsidR="00B202E8" w:rsidRDefault="00963689">
      <w:r>
        <w:br w:type="page"/>
      </w:r>
    </w:p>
    <w:p w:rsidR="00B202E8" w:rsidRDefault="00963689">
      <w:pPr>
        <w:pStyle w:val="1"/>
      </w:pPr>
      <w:r>
        <w:rPr>
          <w:rFonts w:ascii="Times New Roman" w:hAnsi="Times New Roman"/>
          <w:color w:val="000000"/>
        </w:rPr>
        <w:lastRenderedPageBreak/>
        <w:t>VII. AXBOROT TEXNOLOGIYALARI VA MEDIA TARG'IBOT (5 DAQIQA)</w:t>
      </w:r>
    </w:p>
    <w:p w:rsidR="00B202E8" w:rsidRDefault="00963689">
      <w:r>
        <w:rPr>
          <w:b/>
        </w:rPr>
        <w:t>Ijtimoiy tarmoqlar va zamonaviy bayram shukuhi:</w:t>
      </w:r>
    </w:p>
    <w:p w:rsidR="00B202E8" w:rsidRDefault="00B202E8"/>
    <w:p w:rsidR="00B202E8" w:rsidRDefault="00963689">
      <w:r>
        <w:t>— Bu</w:t>
      </w:r>
      <w:r>
        <w:t>gungi kunda ma'lumotlar juda tez tarqaladi. Hammamizning qo'limizda smartfonlar bor. Bayram nafaqat maydonlarda, balki virtual olamda, ya'ni internetda ham juda keng nishonlanmoqda [1].</w:t>
      </w:r>
    </w:p>
    <w:p w:rsidR="00B202E8" w:rsidRDefault="00B202E8"/>
    <w:p w:rsidR="00B202E8" w:rsidRDefault="00963689">
      <w:r>
        <w:t>Xeshteglar nima va ular qanday ishlaydi?</w:t>
      </w:r>
    </w:p>
    <w:p w:rsidR="00B202E8" w:rsidRDefault="00B202E8"/>
    <w:p w:rsidR="00B202E8" w:rsidRDefault="00963689">
      <w:pPr>
        <w:jc w:val="center"/>
      </w:pPr>
      <w:r>
        <w:rPr>
          <w:b/>
          <w:sz w:val="36"/>
        </w:rPr>
        <w:t>#Mustaqillik35</w:t>
      </w:r>
    </w:p>
    <w:p w:rsidR="00B202E8" w:rsidRDefault="00B202E8"/>
    <w:p w:rsidR="00B202E8" w:rsidRDefault="00963689">
      <w:pPr>
        <w:jc w:val="center"/>
      </w:pPr>
      <w:r>
        <w:rPr>
          <w:b/>
          <w:sz w:val="36"/>
        </w:rPr>
        <w:t>#Uzb35</w:t>
      </w:r>
    </w:p>
    <w:p w:rsidR="00B202E8" w:rsidRDefault="00B202E8"/>
    <w:p w:rsidR="00B202E8" w:rsidRDefault="00963689">
      <w:r>
        <w:t>Aga</w:t>
      </w:r>
      <w:r>
        <w:t>r siz Instagram, Telegram, Facebook kabi ijtimoiy tarmoqlarda shu xeshteglarni izlasangiz, yurtimizning turli burchaklarida, hatto xorijdagi elchixonalarimizda, vatandoshlarimiz orasida o'tkazilayotgan fleshmoblar va tadbirlarni ko'rasiz [1]. Shuningdek, b</w:t>
      </w:r>
      <w:r>
        <w:t>ayram kunlari telekanallarda juda ko'plab qiziqarli, vatanparvarlik ruhidagi maxsus hujjatli filmlar namoyish etiladi [1]. Siz ham o'z sahifangizda bayramona rasmlaringizni shu xeshteglar bilan ulashishingiz mumkin!</w:t>
      </w:r>
    </w:p>
    <w:p w:rsidR="00B202E8" w:rsidRDefault="00B202E8"/>
    <w:p w:rsidR="00B202E8" w:rsidRDefault="00963689">
      <w:r>
        <w:br w:type="page"/>
      </w:r>
    </w:p>
    <w:p w:rsidR="00B202E8" w:rsidRDefault="00963689">
      <w:pPr>
        <w:pStyle w:val="1"/>
      </w:pPr>
      <w:r>
        <w:rPr>
          <w:rFonts w:ascii="Times New Roman" w:hAnsi="Times New Roman"/>
          <w:color w:val="000000"/>
        </w:rPr>
        <w:lastRenderedPageBreak/>
        <w:t>VIII. DARSNI MUSTAHKAMLASH: TEST VA S</w:t>
      </w:r>
      <w:r>
        <w:rPr>
          <w:rFonts w:ascii="Times New Roman" w:hAnsi="Times New Roman"/>
          <w:color w:val="000000"/>
        </w:rPr>
        <w:t>AVOL-JAVOB (7 DAQIQA)</w:t>
      </w:r>
    </w:p>
    <w:p w:rsidR="00B202E8" w:rsidRDefault="00963689">
      <w:r>
        <w:t>Olingan bilimlarni tekshirish va xotirani charxlash maqsadida o'qituvchi o'quvchilar bilan tezkor savol-javob o'tkazadi:</w:t>
      </w:r>
    </w:p>
    <w:p w:rsidR="00B202E8" w:rsidRDefault="00B202E8"/>
    <w:p w:rsidR="00B202E8" w:rsidRDefault="00963689">
      <w:r>
        <w:rPr>
          <w:b/>
        </w:rPr>
        <w:t>1-savol: Makroiqtisodiy nuqtai nazardan 50 trillion so'mlik investitsiya davlatga nima beradi?</w:t>
      </w:r>
    </w:p>
    <w:p w:rsidR="00B202E8" w:rsidRDefault="00B202E8"/>
    <w:p w:rsidR="00B202E8" w:rsidRDefault="00963689">
      <w:r>
        <w:t>Javob: YaIM o'si</w:t>
      </w:r>
      <w:r>
        <w:t>shini, eksport hajmi ortishini, inflyatsiyani jilovlash va yangi ish o'rinlarini.</w:t>
      </w:r>
    </w:p>
    <w:p w:rsidR="00B202E8" w:rsidRDefault="00B202E8"/>
    <w:p w:rsidR="00B202E8" w:rsidRDefault="00963689">
      <w:r>
        <w:rPr>
          <w:b/>
        </w:rPr>
        <w:t>2-savol: Yangi hayot va kelajak yaratishda bitiruvchi yoshlarning o'rni qanday?</w:t>
      </w:r>
    </w:p>
    <w:p w:rsidR="00B202E8" w:rsidRDefault="00B202E8"/>
    <w:p w:rsidR="00B202E8" w:rsidRDefault="00963689">
      <w:r>
        <w:t>Javob: Innovatsiyalarni joriy etish, sifatli kadr bo'lib yetishish va fuqarolik jamiyatini r</w:t>
      </w:r>
      <w:r>
        <w:t>ivojlantirish orqali.</w:t>
      </w:r>
    </w:p>
    <w:p w:rsidR="00B202E8" w:rsidRDefault="00B202E8"/>
    <w:p w:rsidR="00B202E8" w:rsidRDefault="00963689">
      <w:r>
        <w:rPr>
          <w:b/>
        </w:rPr>
        <w:t>3-savol: Markaziy bankning oltin tangalari iqtisodiyotda qanday ahamiyatga ega?</w:t>
      </w:r>
    </w:p>
    <w:p w:rsidR="00B202E8" w:rsidRDefault="00B202E8"/>
    <w:p w:rsidR="00B202E8" w:rsidRDefault="00963689">
      <w:r>
        <w:t>Javob: Oltin-valyuta zaxirasi barqarorligini ko'rsatadi hamda investitsion aktiv vazifasini bajaradi.</w:t>
      </w:r>
    </w:p>
    <w:p w:rsidR="00B202E8" w:rsidRDefault="00B202E8"/>
    <w:p w:rsidR="00B202E8" w:rsidRDefault="00963689">
      <w:r>
        <w:rPr>
          <w:b/>
        </w:rPr>
        <w:t xml:space="preserve">4-savol: Bayramning ijtimoiy tarmoqlardagi </w:t>
      </w:r>
      <w:r>
        <w:rPr>
          <w:b/>
        </w:rPr>
        <w:t>targ'iboti qanday bormoqda?</w:t>
      </w:r>
    </w:p>
    <w:p w:rsidR="00B202E8" w:rsidRDefault="00B202E8"/>
    <w:p w:rsidR="00B202E8" w:rsidRDefault="00963689">
      <w:r>
        <w:lastRenderedPageBreak/>
        <w:t>Javob: #Mustaqillik35 va #Uzb35 xeshteglari orqali global miqyosda yoritilmoqda.</w:t>
      </w:r>
    </w:p>
    <w:p w:rsidR="00B202E8" w:rsidRDefault="00B202E8"/>
    <w:p w:rsidR="00B202E8" w:rsidRDefault="00963689">
      <w:r>
        <w:rPr>
          <w:b/>
        </w:rPr>
        <w:t>5-savol: O'zbekiston mustaqilligining 35 yilligi esdalik nishoni qanday mezonlar asosida beriladi?</w:t>
      </w:r>
    </w:p>
    <w:p w:rsidR="00B202E8" w:rsidRDefault="00B202E8"/>
    <w:p w:rsidR="00B202E8" w:rsidRDefault="00963689">
      <w:r>
        <w:t>Javob: Jamiyat rivojiga, iqtisodiyot, fan, ta</w:t>
      </w:r>
      <w:r>
        <w:t>'lim, madaniyat sohalariga qo'shgan ulkan hissasi uchun.</w:t>
      </w:r>
    </w:p>
    <w:p w:rsidR="00B202E8" w:rsidRDefault="00B202E8"/>
    <w:p w:rsidR="00B202E8" w:rsidRDefault="00963689">
      <w:r>
        <w:t>O'quvchilarni rag'batlantirish va baholash:</w:t>
      </w:r>
    </w:p>
    <w:p w:rsidR="00B202E8" w:rsidRDefault="00B202E8"/>
    <w:p w:rsidR="00B202E8" w:rsidRDefault="00963689">
      <w:r>
        <w:t>Faol ishtirok etgan, teran fikr bildirgan va amaliy mashg'ulotda o'z qobiliyatini namoyon etgan o'quvchilar reyting daftarchalariga ballar va maqtov so'z</w:t>
      </w:r>
      <w:r>
        <w:t>lari bilan baholanadi. Darsda passiv ishtirok etgan o'quvchilarga kelgusi darslarda faol bo'lishlari tavsiya qilinadi.</w:t>
      </w:r>
    </w:p>
    <w:p w:rsidR="00B202E8" w:rsidRDefault="00B202E8"/>
    <w:p w:rsidR="00B202E8" w:rsidRDefault="00963689">
      <w:r>
        <w:br w:type="page"/>
      </w:r>
    </w:p>
    <w:p w:rsidR="00B202E8" w:rsidRDefault="00963689">
      <w:pPr>
        <w:pStyle w:val="1"/>
      </w:pPr>
      <w:r>
        <w:rPr>
          <w:rFonts w:ascii="Times New Roman" w:hAnsi="Times New Roman"/>
          <w:color w:val="000000"/>
        </w:rPr>
        <w:lastRenderedPageBreak/>
        <w:t>IX. XULOSA, YAKUNIY SO'Z VA UYGA VAZIFA (5 DAQIQA)</w:t>
      </w:r>
    </w:p>
    <w:p w:rsidR="00B202E8" w:rsidRDefault="00963689">
      <w:r>
        <w:rPr>
          <w:b/>
        </w:rPr>
        <w:t>Dars xulosasi:</w:t>
      </w:r>
    </w:p>
    <w:p w:rsidR="00B202E8" w:rsidRDefault="00B202E8"/>
    <w:p w:rsidR="00B202E8" w:rsidRDefault="00963689">
      <w:r>
        <w:t xml:space="preserve">Mustaqillik O'zbekiston xalqiga o'zligini anglash, qaddini tiklash </w:t>
      </w:r>
      <w:r>
        <w:t>va jahon hamjamiyatida munosib o'rin egallash imkonini berdi. 'Yagona Vatan, yagona xalq boʻlib, yangi hayot va kelajak yaratamiz!' shiori ostida birlashib, tinchlik va osoyishtalik qadriga yetishimiz kerak. Biz barpo etayotgan Yangi O'zbekistonning taqdir</w:t>
      </w:r>
      <w:r>
        <w:t>i, obro'-e'tibori va kelajagi siz, aziz o'quvchilarning ilmingizga, odobingizga, Vatanga bo'lgan sadoqatingizga bog'liqdir.</w:t>
      </w:r>
    </w:p>
    <w:p w:rsidR="00B202E8" w:rsidRDefault="00B202E8"/>
    <w:p w:rsidR="00B202E8" w:rsidRDefault="00963689">
      <w:r>
        <w:rPr>
          <w:b/>
        </w:rPr>
        <w:t>Uyga vazifa:</w:t>
      </w:r>
    </w:p>
    <w:p w:rsidR="00B202E8" w:rsidRDefault="00B202E8"/>
    <w:p w:rsidR="00B202E8" w:rsidRDefault="00963689">
      <w:r>
        <w:t xml:space="preserve">1. Bayram tadbirlarini televizor, ijtimoiy tarmoqlar (#Mustaqillik35, #Uzb35) orqali kuzatish va oila a'zolari bilan </w:t>
      </w:r>
      <w:r>
        <w:t>muhokama qilish [1].</w:t>
      </w:r>
    </w:p>
    <w:p w:rsidR="00B202E8" w:rsidRDefault="00B202E8"/>
    <w:p w:rsidR="00B202E8" w:rsidRDefault="00963689">
      <w:r>
        <w:t>2. Darsda berilgan ma'lumotlar va faktlar asosida (50 trln investitsiya, esdalik nishonlari, oltin tangalar) kichik insho yoki taqdimot tayyorlab kelish [1, 2].</w:t>
      </w:r>
    </w:p>
    <w:p w:rsidR="00B202E8" w:rsidRDefault="00B202E8"/>
    <w:p w:rsidR="00B202E8" w:rsidRDefault="00963689">
      <w:r>
        <w:t>Yangi o'quv yilingiz muvaffaqiyatli, omadli va zafarlarga boy bo'lsin! M</w:t>
      </w:r>
      <w:r>
        <w:t>ustaqilligimiz abadiy bo'lsin!</w:t>
      </w:r>
    </w:p>
    <w:p w:rsidR="00B202E8" w:rsidRDefault="00B202E8"/>
    <w:p w:rsidR="00B202E8" w:rsidRDefault="00963689">
      <w:pPr>
        <w:jc w:val="center"/>
      </w:pPr>
      <w:r>
        <w:t>***</w:t>
      </w:r>
    </w:p>
    <w:p w:rsidR="00B202E8" w:rsidRDefault="00B202E8"/>
    <w:sectPr w:rsidR="00B202E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963689"/>
    <w:rsid w:val="00AA1D8D"/>
    <w:rsid w:val="00B202E8"/>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BEB1E-4F5A-4B2F-87AB-13ADE8F0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1793</Words>
  <Characters>10223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11993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Pilotech</cp:lastModifiedBy>
  <cp:revision>2</cp:revision>
  <dcterms:created xsi:type="dcterms:W3CDTF">2013-12-23T23:15:00Z</dcterms:created>
  <dcterms:modified xsi:type="dcterms:W3CDTF">2026-08-26T13:54:00Z</dcterms:modified>
  <cp:category/>
</cp:coreProperties>
</file>