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156" w:rsidRDefault="00667156"/>
    <w:p w:rsidR="00667156" w:rsidRDefault="00667156"/>
    <w:p w:rsidR="00667156" w:rsidRDefault="00667156"/>
    <w:p w:rsidR="00667156" w:rsidRDefault="00667156"/>
    <w:p w:rsidR="00667156" w:rsidRDefault="00667156"/>
    <w:p w:rsidR="00667156" w:rsidRDefault="00667156"/>
    <w:p w:rsidR="00667156" w:rsidRDefault="00667156"/>
    <w:p w:rsidR="00667156" w:rsidRDefault="009020DA">
      <w:pPr>
        <w:jc w:val="center"/>
      </w:pPr>
      <w:r>
        <w:rPr>
          <w:b/>
        </w:rPr>
        <w:t>OʻZBEKISTON RESPUBLIKASI MAKTABGACHA VA MAKTAB TA'LIMI VAZIRLIGI</w:t>
      </w:r>
    </w:p>
    <w:p w:rsidR="00667156" w:rsidRDefault="00667156"/>
    <w:p w:rsidR="00667156" w:rsidRDefault="009020DA" w:rsidP="009020DA">
      <w:pPr>
        <w:jc w:val="center"/>
      </w:pPr>
      <w:r>
        <w:rPr>
          <w:b/>
          <w:sz w:val="44"/>
        </w:rPr>
        <w:t>7-</w:t>
      </w:r>
      <w:r w:rsidRPr="009020DA">
        <w:rPr>
          <w:b/>
          <w:sz w:val="48"/>
        </w:rPr>
        <w:t xml:space="preserve"> </w:t>
      </w:r>
      <w:r>
        <w:rPr>
          <w:b/>
          <w:sz w:val="48"/>
        </w:rPr>
        <w:t>SINF UCHUN “MUSTAQILLIK DARSI”</w:t>
      </w:r>
      <w:r>
        <w:rPr>
          <w:b/>
          <w:sz w:val="48"/>
        </w:rPr>
        <w:br/>
        <w:t>DARS ISHLANMASI</w:t>
      </w:r>
    </w:p>
    <w:p w:rsidR="00667156" w:rsidRDefault="00667156"/>
    <w:p w:rsidR="00667156" w:rsidRDefault="00667156"/>
    <w:p w:rsidR="00667156" w:rsidRDefault="00667156"/>
    <w:p w:rsidR="00667156" w:rsidRDefault="009020DA">
      <w:pPr>
        <w:jc w:val="center"/>
      </w:pPr>
      <w:r>
        <w:rPr>
          <w:b/>
          <w:sz w:val="36"/>
        </w:rPr>
        <w:t>Mavzu: Oʻzbekiston Respublikasi davlat mustaqilligining 35 yilligi</w:t>
      </w:r>
    </w:p>
    <w:p w:rsidR="00667156" w:rsidRDefault="00667156"/>
    <w:p w:rsidR="00667156" w:rsidRDefault="009020DA">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667156" w:rsidRDefault="00667156"/>
    <w:p w:rsidR="00667156" w:rsidRDefault="00667156"/>
    <w:p w:rsidR="00667156" w:rsidRDefault="00667156"/>
    <w:p w:rsidR="00667156" w:rsidRDefault="00667156"/>
    <w:p w:rsidR="00667156" w:rsidRDefault="00667156"/>
    <w:p w:rsidR="00667156" w:rsidRDefault="00667156"/>
    <w:p w:rsidR="00667156" w:rsidRDefault="00667156"/>
    <w:p w:rsidR="00667156" w:rsidRDefault="00667156"/>
    <w:p w:rsidR="00667156" w:rsidRDefault="00667156"/>
    <w:p w:rsidR="00667156" w:rsidRDefault="009020DA">
      <w:pPr>
        <w:jc w:val="right"/>
      </w:pPr>
      <w:r>
        <w:rPr>
          <w:i/>
        </w:rPr>
        <w:t>Tayyorladi: _______________________</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I. DARS MAVZUSI, MAQSADLARI VA KUTILAYOTGAN NATIJALAR</w:t>
      </w:r>
    </w:p>
    <w:p w:rsidR="00667156" w:rsidRDefault="009020DA">
      <w:r>
        <w:t xml:space="preserve">Dars mavzusi: Oʻzbekiston Respublikasi davlat mustaqilligining 35 yilligi keng nishonlanishi va </w:t>
      </w:r>
      <w:r>
        <w:t>uning mohiyati.</w:t>
      </w:r>
    </w:p>
    <w:p w:rsidR="00667156" w:rsidRDefault="00667156"/>
    <w:p w:rsidR="00667156" w:rsidRDefault="009020DA">
      <w:r>
        <w:rPr>
          <w:b/>
        </w:rPr>
        <w:t>Darsning ta'limiy maqsadi:</w:t>
      </w:r>
    </w:p>
    <w:p w:rsidR="00667156" w:rsidRDefault="00667156"/>
    <w:p w:rsidR="00667156" w:rsidRDefault="009020DA">
      <w:r>
        <w:t>7-sinf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667156" w:rsidRDefault="00667156"/>
    <w:p w:rsidR="00667156" w:rsidRDefault="009020DA">
      <w:r>
        <w:rPr>
          <w:b/>
        </w:rPr>
        <w:t>Darsning tarbiyaviy maqsadi:</w:t>
      </w:r>
    </w:p>
    <w:p w:rsidR="00667156" w:rsidRDefault="00667156"/>
    <w:p w:rsidR="00667156" w:rsidRDefault="009020DA">
      <w:r>
        <w:t xml:space="preserve">Yoshlarni ona Vatanga muhabbat, xalqimizning ko'p asrlik </w:t>
      </w:r>
      <w:r>
        <w:t>milliy an'ana va qadriyatlariga hurmat ruhida tarbiyalash. Tinchlik, barqarorlik va millatlararo totuvlikning qadriga yetish hissini dildan shakllantirish.</w:t>
      </w:r>
    </w:p>
    <w:p w:rsidR="00667156" w:rsidRDefault="00667156"/>
    <w:p w:rsidR="00667156" w:rsidRDefault="009020DA">
      <w:r>
        <w:rPr>
          <w:b/>
        </w:rPr>
        <w:t>Darsning rivojlantiruvchi maqsadi:</w:t>
      </w:r>
    </w:p>
    <w:p w:rsidR="00667156" w:rsidRDefault="00667156"/>
    <w:p w:rsidR="00667156" w:rsidRDefault="009020DA">
      <w:r>
        <w:t>O'quvchilarning mustaqil, mantiqiy va tanqidiy fikrlash doirasi</w:t>
      </w:r>
      <w:r>
        <w:t>ni kengaytirish. Nutq madaniyatini o'stirish, o'z fikrlarini erkin va dalillar asosida tushuntira olish hamda jamoada faol ishlash ko'nikmalarini takomillashtirish.</w:t>
      </w:r>
    </w:p>
    <w:p w:rsidR="00667156" w:rsidRDefault="00667156"/>
    <w:p w:rsidR="00667156" w:rsidRDefault="009020DA">
      <w:r>
        <w:lastRenderedPageBreak/>
        <w:t>Dars turi: Interfaol, yangi bilimlarni mustahkamlovchi, O'rta sinf yosh darajasiga moslash</w:t>
      </w:r>
      <w:r>
        <w:t>tirilgan ochiq muloqot darsi.</w:t>
      </w:r>
    </w:p>
    <w:p w:rsidR="00667156" w:rsidRDefault="00667156"/>
    <w:p w:rsidR="00667156" w:rsidRDefault="009020DA">
      <w:r>
        <w:t>Dars jihozlari: O'zbekiston xaritasi, Prezident portreti, Davlat ramzlari, 35 yillik bayram logotipi tushirilgan plakatlar, esdalik nishonlari va tangalarning kattalashtirilgan suratlari, multimedia proyektori, taqdimot slayd</w:t>
      </w:r>
      <w:r>
        <w:t>rlari.</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II. TASHKILIY QISM VA RUHIY TAYYORGARLIK (5 DAQIQA)</w:t>
      </w:r>
    </w:p>
    <w:p w:rsidR="00667156" w:rsidRDefault="009020DA">
      <w:r>
        <w:t>Sinf xonasini darsga tayyorlash:</w:t>
      </w:r>
    </w:p>
    <w:p w:rsidR="00667156" w:rsidRDefault="00667156"/>
    <w:p w:rsidR="00667156" w:rsidRDefault="009020DA">
      <w:r>
        <w:t>O'qituvchi sinfga kirgach, o'quvchilar bilan salomlashadi. Navbatchi orqali davomat aniqlanadi. Sinf xonasining tozaligi, ko'rgazmali qurollarning joyida ekanli</w:t>
      </w:r>
      <w:r>
        <w:t>gi va multimedia vositalarining ishlashi tekshiriladi.</w:t>
      </w:r>
    </w:p>
    <w:p w:rsidR="00667156" w:rsidRDefault="00667156"/>
    <w:p w:rsidR="00667156" w:rsidRDefault="009020DA">
      <w:r>
        <w:rPr>
          <w:b/>
        </w:rPr>
        <w:t>O'qituvchining darsni boshlashdagi kirish so'zlari (To'liq matn):</w:t>
      </w:r>
    </w:p>
    <w:p w:rsidR="00667156" w:rsidRDefault="00667156"/>
    <w:p w:rsidR="00667156" w:rsidRDefault="009020DA">
      <w:r>
        <w:t>— Assalomu alaykum, aziz o'quvchilar! Yozgi ta'tilni maroqli va mazmunli o'tkazib, maktab bag'riga qaytganingiz bilan chin dildan tab</w:t>
      </w:r>
      <w:r>
        <w:t>riklayman. Bugun mamlakatimiz bo'ylab barcha maktablarda, har bir sinf xonasida yagona ohang, yagona kayfiyat hukm surmoqda. Chunki biz bugun Vatanimiz tarixidagi eng ulug', eng aziz bayram — Mustaqillik kunining 35 yilligi shodiyonasini o'tkazmoqdamiz. Bu</w:t>
      </w:r>
      <w:r>
        <w:t>gun sizlar bir pog'ona yuqorilab, 7-sinf o'quvchisi degan mas'uliyatli nomga ega bo'ldingiz. Bu yil sizlar uchun yanada qiziqarli darslar, kashfiyotlar va yangi bilimlar yili bo'ladi.</w:t>
      </w:r>
    </w:p>
    <w:p w:rsidR="00667156" w:rsidRDefault="00667156"/>
    <w:p w:rsidR="00667156" w:rsidRDefault="009020DA">
      <w:r>
        <w:t>Davlat Madhiyasini ijro etish va milliy g'urur:</w:t>
      </w:r>
    </w:p>
    <w:p w:rsidR="00667156" w:rsidRDefault="00667156"/>
    <w:p w:rsidR="00667156" w:rsidRDefault="009020DA">
      <w:r>
        <w:t xml:space="preserve">— Aziz o'quvchilar, </w:t>
      </w:r>
      <w:r>
        <w:t>xalqimizning o'zligini, uning kuch-qudrati va porloq kelajagini o'zida mujassam etgan eng buyuk qo'shig'imiz bor. Bu — O'zbekiston Respublikasi Davlat madhiyasidir. Keling, darsimizni yurtimizga bo'lgan sadoqatimiz ramzi sifatida, madhiyamizni barchamiz jo</w:t>
      </w:r>
      <w:r>
        <w:t>'r bo'lib kuylash bilan boshlaymiz.</w:t>
      </w:r>
    </w:p>
    <w:p w:rsidR="00667156" w:rsidRDefault="00667156"/>
    <w:p w:rsidR="00667156" w:rsidRDefault="009020DA">
      <w:r>
        <w:lastRenderedPageBreak/>
        <w:t>(Barcha o'quvchilar o'rinlaridan turib, o'ng qo'llarini ko'ksilariga qo'ygan holda Davlat madhiyasini kuylaydilar. Bu jarayon o'quvchilarda vatanga sadoqat va g'urur hissini shakllantiradi).</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 xml:space="preserve">III. YANGI MAVZU BAYONI: </w:t>
      </w:r>
      <w:r>
        <w:rPr>
          <w:rFonts w:ascii="Times New Roman" w:hAnsi="Times New Roman"/>
          <w:color w:val="000000"/>
        </w:rPr>
        <w:t>BAYRAM SHIORI VA UNING MOHIYATI (12 DAQIQA)</w:t>
      </w:r>
    </w:p>
    <w:p w:rsidR="00667156" w:rsidRDefault="009020DA">
      <w:r>
        <w:t>O'qituvchi ekranda yoki doskada bayram shiorini katta va chiroyli harflar bilan namoyish etadi. Barcha o'quvchilar shiorni birgalikda o'qiydilar:</w:t>
      </w:r>
    </w:p>
    <w:p w:rsidR="00667156" w:rsidRDefault="00667156"/>
    <w:p w:rsidR="00667156" w:rsidRDefault="009020DA">
      <w:pPr>
        <w:jc w:val="center"/>
      </w:pPr>
      <w:r>
        <w:rPr>
          <w:b/>
        </w:rPr>
        <w:t>“Yagona Vatan, yagona xalq boʻlib, yangi hayot va kelajak yaratam</w:t>
      </w:r>
      <w:r>
        <w:rPr>
          <w:b/>
        </w:rPr>
        <w:t>iz!” [1]</w:t>
      </w:r>
    </w:p>
    <w:p w:rsidR="00667156" w:rsidRDefault="00667156"/>
    <w:p w:rsidR="00667156" w:rsidRDefault="009020DA">
      <w:r>
        <w:rPr>
          <w:b/>
        </w:rPr>
        <w:t>Shiorni yosh xususiyatiga ko'ra tushuntirish va tahlil qilish:</w:t>
      </w:r>
    </w:p>
    <w:p w:rsidR="00667156" w:rsidRDefault="00667156"/>
    <w:p w:rsidR="00667156" w:rsidRDefault="009020DA">
      <w:r>
        <w:t>Bu yilgi asosiy shiorimiz: 'Yagona Vatan, yagona xalq boʻlib, yangi hayot va kelajak yaratamiz!' Ushbu shiorning zamirida juda chuqur falsafa yotadi. Yagona Vatan — bu bizning sarhad</w:t>
      </w:r>
      <w:r>
        <w:t>lari mustahkam, tinch va osuda O'zbekistonimiz. Yagona xalq — yurtimizda 130 dan ortiq millat va elat vakillari yashaydi, ammo barchamiz O'zbekiston xalqimiz, qon-qardoshmiz. Yangi hayot va kelajak yaratish esa bevosita ilm-fan, ta'lim va siz yoshlarning h</w:t>
      </w:r>
      <w:r>
        <w:t>arakatiga bog'liq. Texnologiyalar asrida yashayapmiz, faqatgina zamonaviy bilimlarni egallash orqaligina mustaqil yurtimizni jahon maydonida qudratli davlatga aylantira olamiz.</w:t>
      </w:r>
    </w:p>
    <w:p w:rsidR="00667156" w:rsidRDefault="00667156"/>
    <w:p w:rsidR="00667156" w:rsidRDefault="009020DA">
      <w:r>
        <w:t>O'qituvchi o'quvchilar bilan muloqotga kirishadi:</w:t>
      </w:r>
    </w:p>
    <w:p w:rsidR="00667156" w:rsidRDefault="00667156"/>
    <w:p w:rsidR="00667156" w:rsidRDefault="009020DA">
      <w:r>
        <w:t>— O'quvchilar, har bir xalq</w:t>
      </w:r>
      <w:r>
        <w:t>ning o'z oldiga qo'ygan buyuk maqsadi bo'ladi. Bizning maqsadimiz — Uchinchi Renessans, ya'ni yangi uyg'onish davrini yaratishdir. Tarixga nazar tashlasangiz, bizning bobokalonlarimiz Xorazmiy, Beruniy, Ibn Sino, Navoiy, Mirzo Ulug'bek butun dunyoni o'z il</w:t>
      </w:r>
      <w:r>
        <w:t xml:space="preserve">m-fani bilan lol qoldirgan. Bugungi 'Yangi hayot va kelajak yaratamiz' degan chaqiriq aynan sizlarga qaratilgan. Sizlar kompyuter texnologiyalari, xorijiy tillar, </w:t>
      </w:r>
      <w:r>
        <w:lastRenderedPageBreak/>
        <w:t xml:space="preserve">aniq va tabiiy fanlarni chuqur o'rganib, O'zbekiston nomini yana butun dunyoga tanitishingiz </w:t>
      </w:r>
      <w:r>
        <w:t>kerak.</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IV. VATANIMIZ ERISHAYOTGAN YUTUQLAR VA IQTISODIYOT (10 DAQIQA)</w:t>
      </w:r>
    </w:p>
    <w:p w:rsidR="00667156" w:rsidRDefault="009020DA">
      <w:r>
        <w:rPr>
          <w:b/>
        </w:rPr>
        <w:t>Mustaqillik bayrami arafasida mamlakatimiz bo'ylab amalga oshirilgan ulkan ishlar:</w:t>
      </w:r>
    </w:p>
    <w:p w:rsidR="00667156" w:rsidRDefault="00667156"/>
    <w:p w:rsidR="00667156" w:rsidRDefault="009020DA">
      <w:r>
        <w:t>Yangi O'zbekiston g'oyasi quruq so'zlar bilan emas, balki aniq raqamlar, ulkan qurilishlar va amalg</w:t>
      </w:r>
      <w:r>
        <w:t>a oshirilayotgan yirik loyihalar bilan isbotlanmoqda. Bayram munosabati bilan davlatimiz tomonidan xalqimizga juda katta tuxfalar tayyorlandi.</w:t>
      </w:r>
    </w:p>
    <w:p w:rsidR="00667156" w:rsidRDefault="00667156"/>
    <w:p w:rsidR="00667156" w:rsidRDefault="009020DA">
      <w:r>
        <w:t>Raqamlar va faktlar tahlili:</w:t>
      </w:r>
    </w:p>
    <w:p w:rsidR="00667156" w:rsidRDefault="00667156"/>
    <w:p w:rsidR="00667156" w:rsidRDefault="009020DA">
      <w:r>
        <w:t xml:space="preserve">Mustaqillik bayrami arafasida qariyb 50 trillion soʻmlik yirik investitsiyaviy </w:t>
      </w:r>
      <w:r>
        <w:t>loyihalar va ijtimoiy obyektlar foydalanishga topshirildi. Bu mablag' iqtisodiyotimizda qanday o'zgarishlar qildi? Birinchidan, yirik sanoat zonalarida yangi texnologik zavodlar ishga tushdi, natijada minglab yangi ish o'rinlari yaratildi. Ikkinchidan, inf</w:t>
      </w:r>
      <w:r>
        <w:t>ratuzilma yangilandi: yangi yo'llar, ko'priklar, elektr stansiyalari barpo etildi. Uchinchidan, ijtimoiy soha — siz ta'lim oladigan maktablar kompyuterlar bilan ta'minlandi, yangi shifoxonalar eng zamonaviy uskunalar bilan jihozlandi.</w:t>
      </w:r>
    </w:p>
    <w:p w:rsidR="00667156" w:rsidRDefault="00667156"/>
    <w:p w:rsidR="00667156" w:rsidRDefault="009020DA">
      <w:r>
        <w:t>O'qituvchi suhbati:</w:t>
      </w:r>
    </w:p>
    <w:p w:rsidR="00667156" w:rsidRDefault="00667156"/>
    <w:p w:rsidR="00667156" w:rsidRDefault="009020DA">
      <w:r>
        <w:t>— Ko'rib turganingizdek, qariyb 50 trillion soʻmlik yirik investitsiyaviy loyihalar va ijtimoiy obyektlar foydalanishga topshirildi [1]. Bu faqatgina bitta bayram arafasida qilingan ishlar! Mamlakatimiz hududlari kun sayin emas, soat sayin o'zgarib bormoq</w:t>
      </w:r>
      <w:r>
        <w:t xml:space="preserve">da. Cho'l hududlarida bog'lar paydo bo'lyapti, eski binolar o'rnida baland va zamonaviy majmualar qad ko'taryapti. Eng asosiysi, chekka qishloqlardagi yoshlar uchun ham internet, </w:t>
      </w:r>
      <w:r>
        <w:lastRenderedPageBreak/>
        <w:t>zamonaviy axborot-kutubxona markazlari va sport majmualari barpo etilmoqda.</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V. DAVLAT MUKOFOTLARI, ESDALIK NISHONLARI VA TANGALARI (8 DAQIQA)</w:t>
      </w:r>
    </w:p>
    <w:p w:rsidR="00667156" w:rsidRDefault="009020DA">
      <w:r>
        <w:rPr>
          <w:b/>
        </w:rPr>
        <w:t>Davlat mukofotlari qadri va numizmatik boyliklarimiz:</w:t>
      </w:r>
    </w:p>
    <w:p w:rsidR="00667156" w:rsidRDefault="00667156"/>
    <w:p w:rsidR="00667156" w:rsidRDefault="009020DA">
      <w:r>
        <w:t xml:space="preserve">Davlatimiz yutuqlariga xizmat qilgan hamyurtlarimizni munosib taqdirlash maqsadida 'Oʻzbekiston Respublikasi mustaqilligining 35 </w:t>
      </w:r>
      <w:r>
        <w:t>yilligi' esdalik nishoni taʼsis etildi. Shu bilan bir qatorda, O'zbekiston Markaziy banki tomonidan maxsus esdalik oltin tangalari muomalaga chiqarildi. Bu tangalar numizmatika (tangashunoslik) san'atining nodir namunalari bo'lib, nafaqat esdalik, balki iq</w:t>
      </w:r>
      <w:r>
        <w:t>tisodiy qimmatga ega bo'lgan milliy boyligimiz ramzidir. Unda mustaqilligimiz yutuqlari aks ettirilgan.</w:t>
      </w:r>
    </w:p>
    <w:p w:rsidR="00667156" w:rsidRDefault="00667156"/>
    <w:p w:rsidR="00667156" w:rsidRDefault="009020DA">
      <w:r>
        <w:t>Qo'shimcha ma'lumotlar va qadriyatlar:</w:t>
      </w:r>
    </w:p>
    <w:p w:rsidR="00667156" w:rsidRDefault="00667156"/>
    <w:p w:rsidR="00667156" w:rsidRDefault="009020DA">
      <w:r>
        <w:t>Mustaqillikning 35 yilligi munosabati bilan ta'sis etilgan esdalik nishoni va Markaziy bank oltin tangalari [1,</w:t>
      </w:r>
      <w:r>
        <w:t xml:space="preserve"> 2] shunchaki buyum emas. Ular davlatimizning o'z fuqarolariga bo'lgan hurmatini bildiradi. Qachonki inson o'z kasbini sevib, halol mehnat qilsa, uning mehnati albatta davlat va jamiyat tomonidan e'tirof etiladi. Esdalik oltin tangalari esa iqtisodiyotimiz</w:t>
      </w:r>
      <w:r>
        <w:t>ning mustahkamligidan, moliyaviy tizimimizning xalqaro darajada o'z o'rniga ega ekanligidan dalolat beradi.</w:t>
      </w:r>
    </w:p>
    <w:p w:rsidR="00667156" w:rsidRDefault="00667156"/>
    <w:p w:rsidR="00667156" w:rsidRDefault="009020DA">
      <w:r>
        <w:t>O'quvchilarga savol:</w:t>
      </w:r>
    </w:p>
    <w:p w:rsidR="00667156" w:rsidRDefault="00667156"/>
    <w:p w:rsidR="00667156" w:rsidRDefault="009020DA">
      <w:r>
        <w:t>— Qani aytingchi, orangizda o'z ota-onasi, bobo yoki buvisi davlat mukofoti yoki nishonlari olganlar bormi? (Sinfdagi o'quvch</w:t>
      </w:r>
      <w:r>
        <w:t>ilar o'z yaqinlari haqida faxr bilan gapirib beradilar).</w:t>
      </w:r>
    </w:p>
    <w:p w:rsidR="00667156" w:rsidRDefault="00667156"/>
    <w:p w:rsidR="00667156" w:rsidRDefault="009020DA">
      <w:r>
        <w:lastRenderedPageBreak/>
        <w:br w:type="page"/>
      </w:r>
    </w:p>
    <w:p w:rsidR="00667156" w:rsidRDefault="009020DA">
      <w:pPr>
        <w:pStyle w:val="1"/>
      </w:pPr>
      <w:r>
        <w:rPr>
          <w:rFonts w:ascii="Times New Roman" w:hAnsi="Times New Roman"/>
          <w:color w:val="000000"/>
        </w:rPr>
        <w:lastRenderedPageBreak/>
        <w:t>VI. INTERFAOL AMALIY MASHG'ULOT (13 DAQIQA)</w:t>
      </w:r>
    </w:p>
    <w:p w:rsidR="00667156" w:rsidRDefault="009020DA">
      <w:r>
        <w:t>Darsni qiziqarli va mazmunli o'tkazish maqsadida o'quvchilar bilan quyidagi maxsus mashg'ulot tashkil etiladi:</w:t>
      </w:r>
    </w:p>
    <w:p w:rsidR="00667156" w:rsidRDefault="00667156"/>
    <w:p w:rsidR="00667156" w:rsidRDefault="009020DA">
      <w:r>
        <w:t>Amaliy mashg'ulot: 'Klaster' va guruhlar</w:t>
      </w:r>
      <w:r>
        <w:t>da ishlash.</w:t>
      </w:r>
      <w:r>
        <w:br/>
      </w:r>
      <w:r>
        <w:br/>
        <w:t>O'quvchilar 4 ta kichik guruhga bo'linadi. Har bir guruhga 'Mustaqillik menga nima berdi?' mavzusi beriladi. O'quvchilar katta vatman qog'oziga klaster chizadilar (Ta'lim, Tinchlik, Sport, Erkinlik yo'nalishlarida). Keyin har bir guruh sardori</w:t>
      </w:r>
      <w:r>
        <w:t xml:space="preserve"> o'z klasterini doska oldida 3 daqiqa davomida sinfdoshlariga himoya qilib beradi. O'qituvchi qo'shimcha savollar berib, o'quvchilarning notiqlik mahoratini oshiradi.</w:t>
      </w:r>
    </w:p>
    <w:p w:rsidR="00667156" w:rsidRDefault="00667156"/>
    <w:p w:rsidR="00667156" w:rsidRDefault="009020DA">
      <w:r>
        <w:t>O'qituvchining vazifasi:</w:t>
      </w:r>
    </w:p>
    <w:p w:rsidR="00667156" w:rsidRDefault="00667156"/>
    <w:p w:rsidR="00667156" w:rsidRDefault="009020DA">
      <w:r>
        <w:t xml:space="preserve">Jarayon davomida o'qituvchi har bir o'quvchining ishtirokini </w:t>
      </w:r>
      <w:r>
        <w:t>diqqat bilan kuzatadi. Tortinchoq o'quvchilarni ruhlantiradi, xato fikrlarni to'g'ri yo'nalishga soladi. Yoshlar o'rtasida sog'lom raqobat muhitini yaratib, ularning mustaqil fikr yuritish qobiliyatini yuksaltiradi. Mustaqillik shunchaki bayram emas, u ulk</w:t>
      </w:r>
      <w:r>
        <w:t>an mas'uliyat ekanligini amaliy mashqlar orqali isbotlab beradi.</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VII. AXBOROT TEXNOLOGIYALARI VA MEDIA TARG'IBOT (5 DAQIQA)</w:t>
      </w:r>
    </w:p>
    <w:p w:rsidR="00667156" w:rsidRDefault="009020DA">
      <w:r>
        <w:rPr>
          <w:b/>
        </w:rPr>
        <w:t>Ijtimoiy tarmoqlar va zamonaviy bayram shukuhi:</w:t>
      </w:r>
    </w:p>
    <w:p w:rsidR="00667156" w:rsidRDefault="00667156"/>
    <w:p w:rsidR="00667156" w:rsidRDefault="009020DA">
      <w:r>
        <w:t>— Bugungi kunda ma'lumotlar juda tez tarqaladi. Hammamizning qo'limizda smartfon</w:t>
      </w:r>
      <w:r>
        <w:t>lar bor. Bayram nafaqat maydonlarda, balki virtual olamda, ya'ni internetda ham juda keng nishonlanmoqda [1].</w:t>
      </w:r>
    </w:p>
    <w:p w:rsidR="00667156" w:rsidRDefault="00667156"/>
    <w:p w:rsidR="00667156" w:rsidRDefault="009020DA">
      <w:r>
        <w:t>Xeshteglar nima va ular qanday ishlaydi?</w:t>
      </w:r>
    </w:p>
    <w:p w:rsidR="00667156" w:rsidRDefault="00667156"/>
    <w:p w:rsidR="00667156" w:rsidRDefault="009020DA">
      <w:pPr>
        <w:jc w:val="center"/>
      </w:pPr>
      <w:r>
        <w:rPr>
          <w:b/>
          <w:sz w:val="36"/>
        </w:rPr>
        <w:t>#Mustaqillik35</w:t>
      </w:r>
    </w:p>
    <w:p w:rsidR="00667156" w:rsidRDefault="00667156"/>
    <w:p w:rsidR="00667156" w:rsidRDefault="009020DA">
      <w:pPr>
        <w:jc w:val="center"/>
      </w:pPr>
      <w:r>
        <w:rPr>
          <w:b/>
          <w:sz w:val="36"/>
        </w:rPr>
        <w:t>#Uzb35</w:t>
      </w:r>
    </w:p>
    <w:p w:rsidR="00667156" w:rsidRDefault="00667156"/>
    <w:p w:rsidR="00667156" w:rsidRDefault="009020DA">
      <w:r>
        <w:t>Agar siz Instagram, Telegram, Facebook kabi ijtimoiy tarmoqlarda shu xeshteglar</w:t>
      </w:r>
      <w:r>
        <w:t>ni izlasangiz, yurtimizning turli burchaklarida, hatto xorijdagi elchixonalarimizda, vatandoshlarimiz orasida o'tkazilayotgan fleshmoblar va tadbirlarni ko'rasiz [1]. Shuningdek, bayram kunlari telekanallarda juda ko'plab qiziqarli, vatanparvarlik ruhidagi</w:t>
      </w:r>
      <w:r>
        <w:t xml:space="preserve"> maxsus hujjatli filmlar namoyish etiladi [1]. Siz ham o'z sahifangizda bayramona rasmlaringizni shu xeshteglar bilan ulashishingiz mumkin!</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VIII. DARSNI MUSTAHKAMLASH: TEST VA SAVOL-JAVOB (7 DAQIQA)</w:t>
      </w:r>
    </w:p>
    <w:p w:rsidR="00667156" w:rsidRDefault="009020DA">
      <w:r>
        <w:t>Olingan bilimlarni tekshirish va xotirani charxlash ma</w:t>
      </w:r>
      <w:r>
        <w:t>qsadida o'qituvchi o'quvchilar bilan tezkor savol-javob o'tkazadi:</w:t>
      </w:r>
    </w:p>
    <w:p w:rsidR="00667156" w:rsidRDefault="00667156"/>
    <w:p w:rsidR="00667156" w:rsidRDefault="009020DA">
      <w:r>
        <w:rPr>
          <w:b/>
        </w:rPr>
        <w:t>1-savol: Nima uchun shiorimizda 'Yagona xalq' deyilgan?</w:t>
      </w:r>
    </w:p>
    <w:p w:rsidR="00667156" w:rsidRDefault="00667156"/>
    <w:p w:rsidR="00667156" w:rsidRDefault="009020DA">
      <w:r>
        <w:t>Javob: Yurtimizdagi barcha millat vakillari ahil va birdam bo'lgani uchun.</w:t>
      </w:r>
    </w:p>
    <w:p w:rsidR="00667156" w:rsidRDefault="00667156"/>
    <w:p w:rsidR="00667156" w:rsidRDefault="009020DA">
      <w:r>
        <w:rPr>
          <w:b/>
        </w:rPr>
        <w:t>2-savol: Qariyb 50 trillion so'mlik investitsiya nimala</w:t>
      </w:r>
      <w:r>
        <w:rPr>
          <w:b/>
        </w:rPr>
        <w:t>rga sarflandi?</w:t>
      </w:r>
    </w:p>
    <w:p w:rsidR="00667156" w:rsidRDefault="00667156"/>
    <w:p w:rsidR="00667156" w:rsidRDefault="009020DA">
      <w:r>
        <w:t>Javob: Yangi zavodlar, maktablar, shifoxonalar va ish o'rinlari yaratishga.</w:t>
      </w:r>
    </w:p>
    <w:p w:rsidR="00667156" w:rsidRDefault="00667156"/>
    <w:p w:rsidR="00667156" w:rsidRDefault="009020DA">
      <w:r>
        <w:rPr>
          <w:b/>
        </w:rPr>
        <w:t>3-savol: Markaziy bank qanday tangalar chiqardi va u nima uchun kerak?</w:t>
      </w:r>
    </w:p>
    <w:p w:rsidR="00667156" w:rsidRDefault="00667156"/>
    <w:p w:rsidR="00667156" w:rsidRDefault="009020DA">
      <w:r>
        <w:t>Javob: Oltin tangalar chiqardi, ular tarixiy esdalik va milliy boylik ramzidir.</w:t>
      </w:r>
    </w:p>
    <w:p w:rsidR="00667156" w:rsidRDefault="00667156"/>
    <w:p w:rsidR="00667156" w:rsidRDefault="009020DA">
      <w:r>
        <w:rPr>
          <w:b/>
        </w:rPr>
        <w:t xml:space="preserve">4-savol: </w:t>
      </w:r>
      <w:r>
        <w:rPr>
          <w:b/>
        </w:rPr>
        <w:t>Esdalik nishoni kimlarga beriladi?</w:t>
      </w:r>
    </w:p>
    <w:p w:rsidR="00667156" w:rsidRDefault="00667156"/>
    <w:p w:rsidR="00667156" w:rsidRDefault="009020DA">
      <w:r>
        <w:t>Javob: Vatan ravnaqiga hissa qo'shgan fidoyi insonlarga.</w:t>
      </w:r>
    </w:p>
    <w:p w:rsidR="00667156" w:rsidRDefault="00667156"/>
    <w:p w:rsidR="00667156" w:rsidRDefault="009020DA">
      <w:r>
        <w:rPr>
          <w:b/>
        </w:rPr>
        <w:t>5-savol: Ijtimoiy tarmoqlardagi fleshmoblar qanday nomlanmoqda?</w:t>
      </w:r>
    </w:p>
    <w:p w:rsidR="00667156" w:rsidRDefault="00667156"/>
    <w:p w:rsidR="00667156" w:rsidRDefault="009020DA">
      <w:r>
        <w:lastRenderedPageBreak/>
        <w:t>Javob: #Mustaqillik35 va #Uzb35 xeshteglari orqali.</w:t>
      </w:r>
    </w:p>
    <w:p w:rsidR="00667156" w:rsidRDefault="00667156"/>
    <w:p w:rsidR="00667156" w:rsidRDefault="009020DA">
      <w:r>
        <w:t>O'quvchilarni rag'batlantirish va baholash:</w:t>
      </w:r>
    </w:p>
    <w:p w:rsidR="00667156" w:rsidRDefault="00667156"/>
    <w:p w:rsidR="00667156" w:rsidRDefault="009020DA">
      <w:r>
        <w:t>Faol ishtirok etgan, teran fikr bildirgan va amaliy mashg'ulotda o'z qobiliyatini namoyon etgan o'quvchilar reyting daftarchalariga ballar va maqtov so'zlari bilan baholanadi. Darsda passiv ishtirok etgan o'quvchilarga kelgusi darslarda faol bo'lishlari t</w:t>
      </w:r>
      <w:r>
        <w:t>avsiya qilinadi.</w:t>
      </w:r>
    </w:p>
    <w:p w:rsidR="00667156" w:rsidRDefault="00667156"/>
    <w:p w:rsidR="00667156" w:rsidRDefault="009020DA">
      <w:r>
        <w:br w:type="page"/>
      </w:r>
    </w:p>
    <w:p w:rsidR="00667156" w:rsidRDefault="009020DA">
      <w:pPr>
        <w:pStyle w:val="1"/>
      </w:pPr>
      <w:r>
        <w:rPr>
          <w:rFonts w:ascii="Times New Roman" w:hAnsi="Times New Roman"/>
          <w:color w:val="000000"/>
        </w:rPr>
        <w:lastRenderedPageBreak/>
        <w:t>IX. XULOSA, YAKUNIY SO'Z VA UYGA VAZIFA (5 DAQIQA)</w:t>
      </w:r>
    </w:p>
    <w:p w:rsidR="00667156" w:rsidRDefault="009020DA">
      <w:r>
        <w:rPr>
          <w:b/>
        </w:rPr>
        <w:t>Dars xulosasi:</w:t>
      </w:r>
    </w:p>
    <w:p w:rsidR="00667156" w:rsidRDefault="00667156"/>
    <w:p w:rsidR="00667156" w:rsidRDefault="009020DA">
      <w:r>
        <w:t>Mustaqillik O'zbekiston xalqiga o'zligini anglash, qaddini tiklash va jahon hamjamiyatida munosib o'rin egallash imkonini berdi. 'Yagona Vatan, yagona xalq boʻlib, yangi</w:t>
      </w:r>
      <w:r>
        <w:t xml:space="preserve"> hayot va kelajak yaratamiz!' shiori ostida birlashib, tinchlik va osoyishtalik qadriga yetishimiz kerak. Biz barpo etayotgan Yangi O'zbekistonning taqdiri, obro'-e'tibori va kelajagi siz, aziz o'quvchilarning ilmingizga, odobingizga, Vatanga bo'lgan sadoq</w:t>
      </w:r>
      <w:r>
        <w:t>atingizga bog'liqdir.</w:t>
      </w:r>
    </w:p>
    <w:p w:rsidR="00667156" w:rsidRDefault="00667156"/>
    <w:p w:rsidR="00667156" w:rsidRDefault="009020DA">
      <w:r>
        <w:rPr>
          <w:b/>
        </w:rPr>
        <w:t>Uyga vazifa:</w:t>
      </w:r>
    </w:p>
    <w:p w:rsidR="00667156" w:rsidRDefault="00667156"/>
    <w:p w:rsidR="00667156" w:rsidRDefault="009020DA">
      <w:r>
        <w:t>1. Bayram tadbirlarini televizor, ijtimoiy tarmoqlar (#Mustaqillik35, #Uzb35) orqali kuzatish va oila a'zolari bilan muhokama qilish [1].</w:t>
      </w:r>
    </w:p>
    <w:p w:rsidR="00667156" w:rsidRDefault="00667156"/>
    <w:p w:rsidR="00667156" w:rsidRDefault="009020DA">
      <w:r>
        <w:t>2. Darsda berilgan ma'lumotlar va faktlar asosida (50 trln investitsiya, esdalik</w:t>
      </w:r>
      <w:r>
        <w:t xml:space="preserve"> nishonlari, oltin tangalar) kichik insho yoki taqdimot tayyorlab kelish [1, 2].</w:t>
      </w:r>
    </w:p>
    <w:p w:rsidR="00667156" w:rsidRDefault="00667156"/>
    <w:p w:rsidR="00667156" w:rsidRDefault="009020DA">
      <w:r>
        <w:t>Yangi o'quv yilingiz muvaffaqiyatli, omadli va zafarlarga boy bo'lsin! Mustaqilligimiz abadiy bo'lsin!</w:t>
      </w:r>
    </w:p>
    <w:p w:rsidR="00667156" w:rsidRDefault="00667156"/>
    <w:p w:rsidR="00667156" w:rsidRDefault="009020DA">
      <w:pPr>
        <w:jc w:val="center"/>
      </w:pPr>
      <w:r>
        <w:t>***</w:t>
      </w:r>
    </w:p>
    <w:p w:rsidR="00667156" w:rsidRDefault="00667156"/>
    <w:sectPr w:rsidR="0066715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67156"/>
    <w:rsid w:val="009020D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B6711-DD50-434B-B69B-048F323C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1740</Words>
  <Characters>9923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2026-08-26T13:53:00Z</dcterms:modified>
  <cp:category/>
</cp:coreProperties>
</file>