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F68" w:rsidRDefault="000E4F68"/>
    <w:p w:rsidR="000E4F68" w:rsidRDefault="000E4F68"/>
    <w:p w:rsidR="000E4F68" w:rsidRDefault="000E4F68"/>
    <w:p w:rsidR="000E4F68" w:rsidRDefault="000E4F68"/>
    <w:p w:rsidR="000E4F68" w:rsidRDefault="000E4F68"/>
    <w:p w:rsidR="000E4F68" w:rsidRDefault="000E4F68"/>
    <w:p w:rsidR="000E4F68" w:rsidRDefault="000E4F68"/>
    <w:p w:rsidR="000E4F68" w:rsidRDefault="00433ACD">
      <w:pPr>
        <w:jc w:val="center"/>
      </w:pPr>
      <w:r>
        <w:rPr>
          <w:b/>
        </w:rPr>
        <w:t>OʻZBEKISTON RESPUBLIKASI MAKTABGACHA VA MAKTAB TA'LIMI VAZIRLIGI</w:t>
      </w:r>
    </w:p>
    <w:p w:rsidR="000E4F68" w:rsidRDefault="000E4F68"/>
    <w:p w:rsidR="000E4F68" w:rsidRDefault="00433ACD" w:rsidP="00433ACD">
      <w:pPr>
        <w:jc w:val="center"/>
      </w:pPr>
      <w:r>
        <w:rPr>
          <w:b/>
          <w:sz w:val="44"/>
        </w:rPr>
        <w:t>3-</w:t>
      </w:r>
      <w:r w:rsidR="00E239BE" w:rsidRPr="00E239BE">
        <w:rPr>
          <w:b/>
          <w:sz w:val="48"/>
        </w:rPr>
        <w:t xml:space="preserve"> </w:t>
      </w:r>
      <w:r w:rsidR="00E239BE">
        <w:rPr>
          <w:b/>
          <w:sz w:val="48"/>
        </w:rPr>
        <w:t>SINF UCHUN “MUSTAQILLIK DARSI”</w:t>
      </w:r>
      <w:r w:rsidR="00E239BE">
        <w:rPr>
          <w:b/>
          <w:sz w:val="48"/>
        </w:rPr>
        <w:br/>
        <w:t>DARS ISHLANMASI</w:t>
      </w:r>
      <w:r>
        <w:rPr>
          <w:b/>
          <w:sz w:val="44"/>
        </w:rPr>
        <w:br/>
      </w:r>
    </w:p>
    <w:p w:rsidR="000E4F68" w:rsidRDefault="000E4F68"/>
    <w:p w:rsidR="000E4F68" w:rsidRDefault="000E4F68"/>
    <w:p w:rsidR="000E4F68" w:rsidRDefault="00433ACD">
      <w:pPr>
        <w:jc w:val="center"/>
      </w:pPr>
      <w:r>
        <w:rPr>
          <w:b/>
          <w:sz w:val="36"/>
        </w:rPr>
        <w:t>Mavzu: Oʻzbekiston Respublikasi davlat mustaqilligining 35 yilligi</w:t>
      </w:r>
    </w:p>
    <w:p w:rsidR="000E4F68" w:rsidRDefault="000E4F68"/>
    <w:p w:rsidR="000E4F68" w:rsidRDefault="00433ACD">
      <w:pPr>
        <w:jc w:val="center"/>
      </w:pPr>
      <w:r>
        <w:rPr>
          <w:b/>
          <w:color w:val="003399"/>
        </w:rPr>
        <w:t xml:space="preserve">Bosh gʻoya: “Yagona Vatan, yagona xalq boʻlib, yangi hayot va kelajak yaratamiz!” </w:t>
      </w:r>
      <w:bookmarkStart w:id="0" w:name="_GoBack"/>
      <w:bookmarkEnd w:id="0"/>
    </w:p>
    <w:p w:rsidR="000E4F68" w:rsidRDefault="000E4F68"/>
    <w:p w:rsidR="000E4F68" w:rsidRDefault="000E4F68"/>
    <w:p w:rsidR="000E4F68" w:rsidRDefault="000E4F68"/>
    <w:p w:rsidR="000E4F68" w:rsidRDefault="000E4F68"/>
    <w:p w:rsidR="000E4F68" w:rsidRDefault="00433ACD">
      <w:pPr>
        <w:jc w:val="right"/>
      </w:pPr>
      <w:r>
        <w:rPr>
          <w:i/>
        </w:rPr>
        <w:t>Tayyorladi: _______________________</w:t>
      </w:r>
    </w:p>
    <w:p w:rsidR="000E4F68" w:rsidRDefault="000E4F68"/>
    <w:p w:rsidR="000E4F68" w:rsidRDefault="00433ACD">
      <w:r>
        <w:br w:type="page"/>
      </w:r>
    </w:p>
    <w:p w:rsidR="000E4F68" w:rsidRDefault="00433ACD">
      <w:pPr>
        <w:pStyle w:val="1"/>
      </w:pPr>
      <w:r>
        <w:rPr>
          <w:rFonts w:ascii="Times New Roman" w:hAnsi="Times New Roman"/>
          <w:color w:val="000000"/>
        </w:rPr>
        <w:lastRenderedPageBreak/>
        <w:t>I. DARS MAVZUSI, MAQSADLARI VA KUTILAYOTGAN NATIJALAR</w:t>
      </w:r>
    </w:p>
    <w:p w:rsidR="000E4F68" w:rsidRDefault="00433ACD">
      <w:r>
        <w:t>Dars mavzusi: Oʻzbekiston Respublikasi davlat mustaqilligining 35 yilligi keng nishonlanishi va uning mohiyati.</w:t>
      </w:r>
    </w:p>
    <w:p w:rsidR="000E4F68" w:rsidRDefault="000E4F68"/>
    <w:p w:rsidR="000E4F68" w:rsidRDefault="00433ACD">
      <w:r>
        <w:rPr>
          <w:b/>
        </w:rPr>
        <w:t>Darsning ta'limiy maqsadi:</w:t>
      </w:r>
    </w:p>
    <w:p w:rsidR="000E4F68" w:rsidRDefault="000E4F68"/>
    <w:p w:rsidR="000E4F68" w:rsidRDefault="00433ACD">
      <w:r>
        <w:t>3-sinf o'quvchilariga mustaqillik yillarida amalga oshirilgan ulkan bunyodkorlik ishlari, davlatimiz siyosati, qabul qilingan muhim qarorlar va islohotlarni ularning yosh xususiyatlariga to'la mos keladigan tarzda, chuqur tahlil qilib tushuntirish. Shuningdek, 'Yagona Vatan, yagona xalq boʻlib, yangi hayot va kelajak yaratamiz!' shiorining amaliy ifodasini yoritib berish [1].</w:t>
      </w:r>
    </w:p>
    <w:p w:rsidR="000E4F68" w:rsidRDefault="000E4F68"/>
    <w:p w:rsidR="000E4F68" w:rsidRDefault="00433ACD">
      <w:r>
        <w:rPr>
          <w:b/>
        </w:rPr>
        <w:t>Darsning tarbiyaviy maqsadi:</w:t>
      </w:r>
    </w:p>
    <w:p w:rsidR="000E4F68" w:rsidRDefault="000E4F68"/>
    <w:p w:rsidR="000E4F68" w:rsidRDefault="00433ACD">
      <w:r>
        <w:t>Yoshlarni ona Vatanga muhabbat, xalqimizning ko'p asrlik milliy an'ana va qadriyatlariga hurmat ruhida tarbiyalash. Tinchlik, barqarorlik va millatlararo totuvlikning qadriga yetish hissini dildan shakllantirish.</w:t>
      </w:r>
    </w:p>
    <w:p w:rsidR="000E4F68" w:rsidRDefault="000E4F68"/>
    <w:p w:rsidR="000E4F68" w:rsidRDefault="00433ACD">
      <w:r>
        <w:rPr>
          <w:b/>
        </w:rPr>
        <w:t>Darsning rivojlantiruvchi maqsadi:</w:t>
      </w:r>
    </w:p>
    <w:p w:rsidR="000E4F68" w:rsidRDefault="000E4F68"/>
    <w:p w:rsidR="000E4F68" w:rsidRDefault="00433ACD">
      <w:r>
        <w:t>O'quvchilarning mustaqil, mantiqiy va tanqidiy fikrlash doirasini kengaytirish. Nutq madaniyatini o'stirish, o'z fikrlarini erkin va dalillar asosida tushuntira olish hamda jamoada faol ishlash ko'nikmalarini takomillashtirish.</w:t>
      </w:r>
    </w:p>
    <w:p w:rsidR="000E4F68" w:rsidRDefault="000E4F68"/>
    <w:p w:rsidR="000E4F68" w:rsidRDefault="00433ACD">
      <w:r>
        <w:lastRenderedPageBreak/>
        <w:t>Dars turi: Interfaol, yangi bilimlarni mustahkamlovchi, Boshlang'ich yosh darajasiga moslashtirilgan ochiq muloqot darsi.</w:t>
      </w:r>
    </w:p>
    <w:p w:rsidR="000E4F68" w:rsidRDefault="000E4F68"/>
    <w:p w:rsidR="000E4F68" w:rsidRDefault="00433ACD">
      <w:r>
        <w:t>Dars jihozlari: O'zbekiston xaritasi, Prezident portreti, Davlat ramzlari, 35 yillik bayram logotipi tushirilgan plakatlar, esdalik nishonlari va tangalarning kattalashtirilgan suratlari, multimedia proyektori, taqdimot slaydrlari.</w:t>
      </w:r>
    </w:p>
    <w:p w:rsidR="000E4F68" w:rsidRDefault="000E4F68"/>
    <w:p w:rsidR="000E4F68" w:rsidRDefault="00433ACD">
      <w:r>
        <w:br w:type="page"/>
      </w:r>
    </w:p>
    <w:p w:rsidR="000E4F68" w:rsidRDefault="00433ACD">
      <w:pPr>
        <w:pStyle w:val="1"/>
      </w:pPr>
      <w:r>
        <w:rPr>
          <w:rFonts w:ascii="Times New Roman" w:hAnsi="Times New Roman"/>
          <w:color w:val="000000"/>
        </w:rPr>
        <w:lastRenderedPageBreak/>
        <w:t>II. TASHKILIY QISM VA RUHIY TAYYORGARLIK (5 DAQIQA)</w:t>
      </w:r>
    </w:p>
    <w:p w:rsidR="000E4F68" w:rsidRDefault="00433ACD">
      <w:r>
        <w:t>Sinf xonasini darsga tayyorlash:</w:t>
      </w:r>
    </w:p>
    <w:p w:rsidR="000E4F68" w:rsidRDefault="000E4F68"/>
    <w:p w:rsidR="000E4F68" w:rsidRDefault="00433ACD">
      <w:r>
        <w:t>O'qituvchi sinfga kirgach, o'quvchilar bilan salomlashadi. Navbatchi orqali davomat aniqlanadi. Sinf xonasining tozaligi, ko'rgazmali qurollarning joyida ekanligi va multimedia vositalarining ishlashi tekshiriladi.</w:t>
      </w:r>
    </w:p>
    <w:p w:rsidR="000E4F68" w:rsidRDefault="000E4F68"/>
    <w:p w:rsidR="000E4F68" w:rsidRDefault="00433ACD">
      <w:r>
        <w:rPr>
          <w:b/>
        </w:rPr>
        <w:t>O'qituvchining darsni boshlashdagi kirish so'zlari (To'liq matn):</w:t>
      </w:r>
    </w:p>
    <w:p w:rsidR="000E4F68" w:rsidRDefault="000E4F68"/>
    <w:p w:rsidR="000E4F68" w:rsidRDefault="00433ACD">
      <w:r>
        <w:t>— Assalomu alaykum, jajji bolajonlar! Yozgi ta'tilni maroqli va mazmunli o'tkazib, maktab bag'riga qaytganingiz bilan chin dildan tabriklayman. Bugun mamlakatimiz bo'ylab barcha maktablarda, har bir sinf xonasida yagona ohang, yagona kayfiyat hukm surmoqda. Chunki biz bugun Vatanimiz tarixidagi eng ulug', eng aziz bayram — Mustaqillik kunining 35 yilligi shodiyonasini o'tkazmoqdamiz. Bugun sizlar bir pog'ona yuqorilab, 3-sinf o'quvchisi degan mas'uliyatli nomga ega bo'ldingiz. Bu yil sizlar uchun yanada qiziqarli darslar, kashfiyotlar va yangi bilimlar yili bo'ladi.</w:t>
      </w:r>
    </w:p>
    <w:p w:rsidR="000E4F68" w:rsidRDefault="000E4F68"/>
    <w:p w:rsidR="000E4F68" w:rsidRDefault="00433ACD">
      <w:r>
        <w:t>Davlat Madhiyasini ijro etish va milliy g'urur:</w:t>
      </w:r>
    </w:p>
    <w:p w:rsidR="000E4F68" w:rsidRDefault="000E4F68"/>
    <w:p w:rsidR="000E4F68" w:rsidRDefault="00433ACD">
      <w:r>
        <w:t>— Aziz o'quvchilar, xalqimizning o'zligini, uning kuch-qudrati va porloq kelajagini o'zida mujassam etgan eng buyuk qo'shig'imiz bor. Bu — O'zbekiston Respublikasi Davlat madhiyasidir. Keling, darsimizni yurtimizga bo'lgan sadoqatimiz ramzi sifatida, madhiyamizni barchamiz jo'r bo'lib kuylash bilan boshlaymiz.</w:t>
      </w:r>
    </w:p>
    <w:p w:rsidR="000E4F68" w:rsidRDefault="000E4F68"/>
    <w:p w:rsidR="000E4F68" w:rsidRDefault="00433ACD">
      <w:r>
        <w:lastRenderedPageBreak/>
        <w:t>(Barcha o'quvchilar o'rinlaridan turib, o'ng qo'llarini ko'ksilariga qo'ygan holda Davlat madhiyasini kuylaydilar. Bu jarayon o'quvchilarda vatanga sadoqat va g'urur hissini shakllantiradi).</w:t>
      </w:r>
    </w:p>
    <w:p w:rsidR="000E4F68" w:rsidRDefault="000E4F68"/>
    <w:p w:rsidR="000E4F68" w:rsidRDefault="00433ACD">
      <w:r>
        <w:br w:type="page"/>
      </w:r>
    </w:p>
    <w:p w:rsidR="000E4F68" w:rsidRDefault="00433ACD">
      <w:pPr>
        <w:pStyle w:val="1"/>
      </w:pPr>
      <w:r>
        <w:rPr>
          <w:rFonts w:ascii="Times New Roman" w:hAnsi="Times New Roman"/>
          <w:color w:val="000000"/>
        </w:rPr>
        <w:lastRenderedPageBreak/>
        <w:t>III. YANGI MAVZU BAYONI: BAYRAM SHIORI VA UNING MOHIYATI (12 DAQIQA)</w:t>
      </w:r>
    </w:p>
    <w:p w:rsidR="000E4F68" w:rsidRDefault="00433ACD">
      <w:r>
        <w:t>O'qituvchi ekranda yoki doskada bayram shiorini katta va chiroyli harflar bilan namoyish etadi. Barcha o'quvchilar shiorni birgalikda o'qiydilar:</w:t>
      </w:r>
    </w:p>
    <w:p w:rsidR="000E4F68" w:rsidRDefault="000E4F68"/>
    <w:p w:rsidR="000E4F68" w:rsidRDefault="00433ACD">
      <w:pPr>
        <w:jc w:val="center"/>
      </w:pPr>
      <w:r>
        <w:rPr>
          <w:b/>
        </w:rPr>
        <w:t>“Yagona Vatan, yagona xalq boʻlib, yangi hayot va kelajak yaratamiz!” [1]</w:t>
      </w:r>
    </w:p>
    <w:p w:rsidR="000E4F68" w:rsidRDefault="000E4F68"/>
    <w:p w:rsidR="000E4F68" w:rsidRDefault="00433ACD">
      <w:r>
        <w:rPr>
          <w:b/>
        </w:rPr>
        <w:t>Shiorni yosh xususiyatiga ko'ra tushuntirish va tahlil qilish:</w:t>
      </w:r>
    </w:p>
    <w:p w:rsidR="000E4F68" w:rsidRDefault="000E4F68"/>
    <w:p w:rsidR="000E4F68" w:rsidRDefault="00433ACD">
      <w:r>
        <w:t>Aziz bolajonlar, bu yilgi bayramimizning shiori juda chiroyli: 'Yagona Vatan, yagona xalq boʻlib, yangi hayot va kelajak yaratamiz!' Bu nima degani? Tasavvur qiling, bizning O'zbekistonimiz bitta katta va yorug' uy. Bu uyda hammamiz bir oiladek yashaymiz. Biz hammamiz — bitta xalqmiz. Sizning vazifangiz nima? Yaxshi o'qish, ota-onangizga yordam berish va do'stlaringiz bilan ahil bo'lish. Shunda biz hammamiz birgalikda go'zal kelajakni, ya'ni chiroyli shaharlar, katta bog'lar va zo'r maktablarni yaratamiz. Har biringiz shu katta uyning muhim g'ishtisiz!</w:t>
      </w:r>
    </w:p>
    <w:p w:rsidR="000E4F68" w:rsidRDefault="000E4F68"/>
    <w:p w:rsidR="000E4F68" w:rsidRDefault="00433ACD">
      <w:r>
        <w:t>O'qituvchi o'quvchilar bilan muloqotga kirishadi:</w:t>
      </w:r>
    </w:p>
    <w:p w:rsidR="000E4F68" w:rsidRDefault="000E4F68"/>
    <w:p w:rsidR="000E4F68" w:rsidRDefault="00433ACD">
      <w:r>
        <w:t>— O'quvchilar, har bir xalqning o'z oldiga qo'ygan buyuk maqsadi bo'ladi. Bizning maqsadimiz — Uchinchi Renessans, ya'ni yangi uyg'onish davrini yaratishdir. Tarixga nazar tashlasangiz, bizning bobokalonlarimiz Xorazmiy, Beruniy, Ibn Sino, Navoiy, Mirzo Ulug'bek butun dunyoni o'z ilm-fani bilan lol qoldirgan. Bugungi 'Yangi hayot va kelajak yaratamiz' degan chaqiriq aynan sizlarga qaratilgan. Sizlar kompyuter texnologiyalari, xorijiy tillar, aniq va tabiiy fanlarni chuqur o'rganib, O'zbekiston nomini yana butun dunyoga tanitishingiz kerak.</w:t>
      </w:r>
    </w:p>
    <w:p w:rsidR="000E4F68" w:rsidRDefault="000E4F68"/>
    <w:p w:rsidR="000E4F68" w:rsidRDefault="00433ACD">
      <w:r>
        <w:br w:type="page"/>
      </w:r>
    </w:p>
    <w:p w:rsidR="000E4F68" w:rsidRDefault="00433ACD">
      <w:pPr>
        <w:pStyle w:val="1"/>
      </w:pPr>
      <w:r>
        <w:rPr>
          <w:rFonts w:ascii="Times New Roman" w:hAnsi="Times New Roman"/>
          <w:color w:val="000000"/>
        </w:rPr>
        <w:lastRenderedPageBreak/>
        <w:t>IV. VATANIMIZ ERISHAYOTGAN YUTUQLAR VA IQTISODIYOT (10 DAQIQA)</w:t>
      </w:r>
    </w:p>
    <w:p w:rsidR="000E4F68" w:rsidRDefault="00433ACD">
      <w:r>
        <w:rPr>
          <w:b/>
        </w:rPr>
        <w:t>Mustaqillik bayrami arafasida mamlakatimiz bo'ylab amalga oshirilgan ulkan ishlar:</w:t>
      </w:r>
    </w:p>
    <w:p w:rsidR="000E4F68" w:rsidRDefault="000E4F68"/>
    <w:p w:rsidR="000E4F68" w:rsidRDefault="00433ACD">
      <w:r>
        <w:t>Yangi O'zbekiston g'oyasi quruq so'zlar bilan emas, balki aniq raqamlar, ulkan qurilishlar va amalga oshirilayotgan yirik loyihalar bilan isbotlanmoqda. Bayram munosabati bilan davlatimiz tomonidan xalqimizga juda katta tuxfalar tayyorlandi.</w:t>
      </w:r>
    </w:p>
    <w:p w:rsidR="000E4F68" w:rsidRDefault="000E4F68"/>
    <w:p w:rsidR="000E4F68" w:rsidRDefault="00433ACD">
      <w:r>
        <w:t>Raqamlar va faktlar tahlili:</w:t>
      </w:r>
    </w:p>
    <w:p w:rsidR="000E4F68" w:rsidRDefault="000E4F68"/>
    <w:p w:rsidR="000E4F68" w:rsidRDefault="00433ACD">
      <w:r>
        <w:t>Prezident bobomiz sizlar uchun juda ko'p sovg'alar tayyorlagan. Mustaqillik bayrami arafasida qariyb 50 trillion soʻmlik yangi binolar va fabrikalar qurib bitkazildi. 50 trillion so'm degani — bu juda ko'p pul! Bu pulga sizlar uchun yorug' va issiq maktablar, o'ynashingiz uchun katta sport maydonchalari, kasal bo'lmasligingiz uchun yangi shifoxonalar qurildi. Shuningdek, ota-onalaringiz ishlashi uchun katta zavodlar ochildi. U yerda biz kiyadigan kiyimlar, uyimizdagi narsalar ishlab chiqariladi.</w:t>
      </w:r>
    </w:p>
    <w:p w:rsidR="000E4F68" w:rsidRDefault="000E4F68"/>
    <w:p w:rsidR="000E4F68" w:rsidRDefault="00433ACD">
      <w:r>
        <w:t>O'qituvchi suhbati:</w:t>
      </w:r>
    </w:p>
    <w:p w:rsidR="000E4F68" w:rsidRDefault="000E4F68"/>
    <w:p w:rsidR="000E4F68" w:rsidRDefault="00433ACD">
      <w:r>
        <w:t xml:space="preserve">— Ko'rib turganingizdek, qariyb 50 trillion soʻmlik yirik investitsiyaviy loyihalar va ijtimoiy obyektlar foydalanishga topshirildi [1]. Bu faqatgina bitta bayram arafasida qilingan ishlar! Mamlakatimiz hududlari kun sayin emas, soat sayin o'zgarib bormoqda. Cho'l hududlarida bog'lar paydo bo'lyapti, eski binolar o'rnida baland va zamonaviy majmualar qad ko'taryapti. Eng asosiysi, chekka qishloqlardagi yoshlar uchun ham internet, </w:t>
      </w:r>
      <w:r>
        <w:lastRenderedPageBreak/>
        <w:t>zamonaviy axborot-kutubxona markazlari va sport majmualari barpo etilmoqda.</w:t>
      </w:r>
    </w:p>
    <w:p w:rsidR="000E4F68" w:rsidRDefault="000E4F68"/>
    <w:p w:rsidR="000E4F68" w:rsidRDefault="00433ACD">
      <w:r>
        <w:br w:type="page"/>
      </w:r>
    </w:p>
    <w:p w:rsidR="000E4F68" w:rsidRDefault="00433ACD">
      <w:pPr>
        <w:pStyle w:val="1"/>
      </w:pPr>
      <w:r>
        <w:rPr>
          <w:rFonts w:ascii="Times New Roman" w:hAnsi="Times New Roman"/>
          <w:color w:val="000000"/>
        </w:rPr>
        <w:lastRenderedPageBreak/>
        <w:t>V. DAVLAT MUKOFOTLARI, ESDALIK NISHONLARI VA TANGALARI (8 DAQIQA)</w:t>
      </w:r>
    </w:p>
    <w:p w:rsidR="000E4F68" w:rsidRDefault="00433ACD">
      <w:r>
        <w:rPr>
          <w:b/>
        </w:rPr>
        <w:t>Davlat mukofotlari qadri va numizmatik boyliklarimiz:</w:t>
      </w:r>
    </w:p>
    <w:p w:rsidR="000E4F68" w:rsidRDefault="000E4F68"/>
    <w:p w:rsidR="000E4F68" w:rsidRDefault="00433ACD">
      <w:r>
        <w:t>Tasavvur qiling, musobaqada yutsangiz sizga medal berishadi, to'g'rimi? Davlatimiz ham eng zo'r odamlarga 'Oʻzbekiston Respublikasi mustaqilligining 35 yilligi' esdalik nishonini beradi. Uni kimlar oladi? Zo'r o'qituvchilar, kasallarni tuzatuvchi shifokorlar va yurtni himoya qiladigan harbiylar. Yana bir qiziq narsa, Markaziy bankimiz bayram uchun yaltirab turadigan haqiqiy oltin tangalar chiqardi! Bu tangalarda yurtimizning chiroyli rasmlari bor va ular tariximizda esdalik bo'lib qoladi.</w:t>
      </w:r>
    </w:p>
    <w:p w:rsidR="000E4F68" w:rsidRDefault="000E4F68"/>
    <w:p w:rsidR="000E4F68" w:rsidRDefault="00433ACD">
      <w:r>
        <w:t>Qo'shimcha ma'lumotlar va qadriyatlar:</w:t>
      </w:r>
    </w:p>
    <w:p w:rsidR="000E4F68" w:rsidRDefault="000E4F68"/>
    <w:p w:rsidR="000E4F68" w:rsidRDefault="00433ACD">
      <w:r>
        <w:t>Mustaqillikning 35 yilligi munosabati bilan ta'sis etilgan esdalik nishoni va Markaziy bank oltin tangalari [1, 2] shunchaki buyum emas. Ular davlatimizning o'z fuqarolariga bo'lgan hurmatini bildiradi. Qachonki inson o'z kasbini sevib, halol mehnat qilsa, uning mehnati albatta davlat va jamiyat tomonidan e'tirof etiladi. Esdalik oltin tangalari esa iqtisodiyotimizning mustahkamligidan, moliyaviy tizimimizning xalqaro darajada o'z o'rniga ega ekanligidan dalolat beradi.</w:t>
      </w:r>
    </w:p>
    <w:p w:rsidR="000E4F68" w:rsidRDefault="000E4F68"/>
    <w:p w:rsidR="000E4F68" w:rsidRDefault="00433ACD">
      <w:r>
        <w:t>O'quvchilarga savol:</w:t>
      </w:r>
    </w:p>
    <w:p w:rsidR="000E4F68" w:rsidRDefault="000E4F68"/>
    <w:p w:rsidR="000E4F68" w:rsidRDefault="00433ACD">
      <w:r>
        <w:t>— Qani aytingchi, orangizda o'z ota-onasi, bobo yoki buvisi davlat mukofoti yoki nishonlari olganlar bormi? (Sinfdagi o'quvchilar o'z yaqinlari haqida faxr bilan gapirib beradilar).</w:t>
      </w:r>
    </w:p>
    <w:p w:rsidR="000E4F68" w:rsidRDefault="000E4F68"/>
    <w:p w:rsidR="000E4F68" w:rsidRDefault="00433ACD">
      <w:r>
        <w:lastRenderedPageBreak/>
        <w:br w:type="page"/>
      </w:r>
    </w:p>
    <w:p w:rsidR="000E4F68" w:rsidRDefault="00433ACD">
      <w:pPr>
        <w:pStyle w:val="1"/>
      </w:pPr>
      <w:r>
        <w:rPr>
          <w:rFonts w:ascii="Times New Roman" w:hAnsi="Times New Roman"/>
          <w:color w:val="000000"/>
        </w:rPr>
        <w:lastRenderedPageBreak/>
        <w:t>VI. INTERFAOL AMALIY MASHG'ULOT (13 DAQIQA)</w:t>
      </w:r>
    </w:p>
    <w:p w:rsidR="000E4F68" w:rsidRDefault="00433ACD">
      <w:r>
        <w:t>Darsni qiziqarli va mazmunli o'tkazish maqsadida o'quvchilar bilan quyidagi maxsus mashg'ulot tashkil etiladi:</w:t>
      </w:r>
    </w:p>
    <w:p w:rsidR="000E4F68" w:rsidRDefault="000E4F68"/>
    <w:p w:rsidR="000E4F68" w:rsidRDefault="00433ACD">
      <w:r>
        <w:t>Amaliy mashg'ulot: 'Mening jonajon Vatanim' rasmlar tanlovi.</w:t>
      </w:r>
      <w:r>
        <w:br/>
      </w:r>
      <w:r>
        <w:br/>
        <w:t>O'qituvchi o'quvchilarga rangli qalamlar va oq qog'ozlar tarqatadi. Vazifa: 15 daqiqa ichida 'Yangi O'zbekiston' mavzusida rasm chizish. Bolalar o'z tasavvurlaridagi uylar, maktablar, tabiat va quyoshni chizadilar. O'qituvchi har bir qatorni aylanib, bolalarning chizgan rasmlari ma'nosini so'raydi va ularni rag'batlantiradi. Eng chiroyli rasmlar sinf doskasiga yopishtirilib, ko'rgazma qilinadi.</w:t>
      </w:r>
    </w:p>
    <w:p w:rsidR="000E4F68" w:rsidRDefault="000E4F68"/>
    <w:p w:rsidR="000E4F68" w:rsidRDefault="00433ACD">
      <w:r>
        <w:t>O'qituvchining vazifasi:</w:t>
      </w:r>
    </w:p>
    <w:p w:rsidR="000E4F68" w:rsidRDefault="000E4F68"/>
    <w:p w:rsidR="000E4F68" w:rsidRDefault="00433ACD">
      <w:r>
        <w:t>Jarayon davomida o'qituvchi har bir o'quvchining ishtirokini diqqat bilan kuzatadi. Tortinchoq o'quvchilarni ruhlantiradi, xato fikrlarni to'g'ri yo'nalishga soladi. Yoshlar o'rtasida sog'lom raqobat muhitini yaratib, ularning mustaqil fikr yuritish qobiliyatini yuksaltiradi. Mustaqillik shunchaki bayram emas, u ulkan mas'uliyat ekanligini amaliy mashqlar orqali isbotlab beradi.</w:t>
      </w:r>
    </w:p>
    <w:p w:rsidR="000E4F68" w:rsidRDefault="000E4F68"/>
    <w:p w:rsidR="000E4F68" w:rsidRDefault="00433ACD">
      <w:r>
        <w:br w:type="page"/>
      </w:r>
    </w:p>
    <w:p w:rsidR="000E4F68" w:rsidRDefault="00433ACD">
      <w:pPr>
        <w:pStyle w:val="1"/>
      </w:pPr>
      <w:r>
        <w:rPr>
          <w:rFonts w:ascii="Times New Roman" w:hAnsi="Times New Roman"/>
          <w:color w:val="000000"/>
        </w:rPr>
        <w:lastRenderedPageBreak/>
        <w:t>VII. AXBOROT TEXNOLOGIYALARI VA MEDIA TARG'IBOT (5 DAQIQA)</w:t>
      </w:r>
    </w:p>
    <w:p w:rsidR="000E4F68" w:rsidRDefault="00433ACD">
      <w:r>
        <w:rPr>
          <w:b/>
        </w:rPr>
        <w:t>Ijtimoiy tarmoqlar va zamonaviy bayram shukuhi:</w:t>
      </w:r>
    </w:p>
    <w:p w:rsidR="000E4F68" w:rsidRDefault="000E4F68"/>
    <w:p w:rsidR="000E4F68" w:rsidRDefault="00433ACD">
      <w:r>
        <w:t>— Bugungi kunda ma'lumotlar juda tez tarqaladi. Hammamizning qo'limizda smartfonlar bor. Bayram nafaqat maydonlarda, balki virtual olamda, ya'ni internetda ham juda keng nishonlanmoqda [1].</w:t>
      </w:r>
    </w:p>
    <w:p w:rsidR="000E4F68" w:rsidRDefault="000E4F68"/>
    <w:p w:rsidR="000E4F68" w:rsidRDefault="00433ACD">
      <w:r>
        <w:t>Xeshteglar nima va ular qanday ishlaydi?</w:t>
      </w:r>
    </w:p>
    <w:p w:rsidR="000E4F68" w:rsidRDefault="000E4F68"/>
    <w:p w:rsidR="000E4F68" w:rsidRDefault="00433ACD">
      <w:pPr>
        <w:jc w:val="center"/>
      </w:pPr>
      <w:r>
        <w:rPr>
          <w:b/>
          <w:sz w:val="36"/>
        </w:rPr>
        <w:t>#Mustaqillik35</w:t>
      </w:r>
    </w:p>
    <w:p w:rsidR="000E4F68" w:rsidRDefault="000E4F68"/>
    <w:p w:rsidR="000E4F68" w:rsidRDefault="00433ACD">
      <w:pPr>
        <w:jc w:val="center"/>
      </w:pPr>
      <w:r>
        <w:rPr>
          <w:b/>
          <w:sz w:val="36"/>
        </w:rPr>
        <w:t>#Uzb35</w:t>
      </w:r>
    </w:p>
    <w:p w:rsidR="000E4F68" w:rsidRDefault="000E4F68"/>
    <w:p w:rsidR="000E4F68" w:rsidRDefault="00433ACD">
      <w:r>
        <w:t>Agar siz Instagram, Telegram, Facebook kabi ijtimoiy tarmoqlarda shu xeshteglarni izlasangiz, yurtimizning turli burchaklarida, hatto xorijdagi elchixonalarimizda, vatandoshlarimiz orasida o'tkazilayotgan fleshmoblar va tadbirlarni ko'rasiz [1]. Shuningdek, bayram kunlari telekanallarda juda ko'plab qiziqarli, vatanparvarlik ruhidagi maxsus hujjatli filmlar namoyish etiladi [1]. Siz ham o'z sahifangizda bayramona rasmlaringizni shu xeshteglar bilan ulashishingiz mumkin!</w:t>
      </w:r>
    </w:p>
    <w:p w:rsidR="000E4F68" w:rsidRDefault="000E4F68"/>
    <w:p w:rsidR="000E4F68" w:rsidRDefault="00433ACD">
      <w:r>
        <w:br w:type="page"/>
      </w:r>
    </w:p>
    <w:p w:rsidR="000E4F68" w:rsidRDefault="00433ACD">
      <w:pPr>
        <w:pStyle w:val="1"/>
      </w:pPr>
      <w:r>
        <w:rPr>
          <w:rFonts w:ascii="Times New Roman" w:hAnsi="Times New Roman"/>
          <w:color w:val="000000"/>
        </w:rPr>
        <w:lastRenderedPageBreak/>
        <w:t>VIII. DARSNI MUSTAHKAMLASH: TEST VA SAVOL-JAVOB (7 DAQIQA)</w:t>
      </w:r>
    </w:p>
    <w:p w:rsidR="000E4F68" w:rsidRDefault="00433ACD">
      <w:r>
        <w:t>Olingan bilimlarni tekshirish va xotirani charxlash maqsadida o'qituvchi o'quvchilar bilan tezkor savol-javob o'tkazadi:</w:t>
      </w:r>
    </w:p>
    <w:p w:rsidR="000E4F68" w:rsidRDefault="000E4F68"/>
    <w:p w:rsidR="000E4F68" w:rsidRDefault="00433ACD">
      <w:r>
        <w:rPr>
          <w:b/>
        </w:rPr>
        <w:t>1-savol: O'zbekiston necha yoshga to'ldi?</w:t>
      </w:r>
    </w:p>
    <w:p w:rsidR="000E4F68" w:rsidRDefault="000E4F68"/>
    <w:p w:rsidR="000E4F68" w:rsidRDefault="00433ACD">
      <w:r>
        <w:t>Javob: 35 yoshga to'ldi!</w:t>
      </w:r>
    </w:p>
    <w:p w:rsidR="000E4F68" w:rsidRDefault="000E4F68"/>
    <w:p w:rsidR="000E4F68" w:rsidRDefault="00433ACD">
      <w:r>
        <w:rPr>
          <w:b/>
        </w:rPr>
        <w:t>2-savol: Shiorimizdagi 'Yagona Vatan' so'zi nimani anglatadi?</w:t>
      </w:r>
    </w:p>
    <w:p w:rsidR="000E4F68" w:rsidRDefault="000E4F68"/>
    <w:p w:rsidR="000E4F68" w:rsidRDefault="00433ACD">
      <w:r>
        <w:t>Javob: Hammamizning bitta jonajon Vatanimiz borligini.</w:t>
      </w:r>
    </w:p>
    <w:p w:rsidR="000E4F68" w:rsidRDefault="000E4F68"/>
    <w:p w:rsidR="000E4F68" w:rsidRDefault="00433ACD">
      <w:r>
        <w:rPr>
          <w:b/>
        </w:rPr>
        <w:t>3-savol: Prezidentimiz qancha pulga yangi binolar qurdirdi?</w:t>
      </w:r>
    </w:p>
    <w:p w:rsidR="000E4F68" w:rsidRDefault="000E4F68"/>
    <w:p w:rsidR="000E4F68" w:rsidRDefault="00433ACD">
      <w:r>
        <w:t>Javob: 50 trillion so'mga!</w:t>
      </w:r>
    </w:p>
    <w:p w:rsidR="000E4F68" w:rsidRDefault="000E4F68"/>
    <w:p w:rsidR="000E4F68" w:rsidRDefault="00433ACD">
      <w:r>
        <w:rPr>
          <w:b/>
        </w:rPr>
        <w:t>4-savol: Bayramga atab qanday nishon va tangalar chiqdi?</w:t>
      </w:r>
    </w:p>
    <w:p w:rsidR="000E4F68" w:rsidRDefault="000E4F68"/>
    <w:p w:rsidR="000E4F68" w:rsidRDefault="00433ACD">
      <w:r>
        <w:t>Javob: 35 yillik nishoni va oltin tangalar!</w:t>
      </w:r>
    </w:p>
    <w:p w:rsidR="000E4F68" w:rsidRDefault="000E4F68"/>
    <w:p w:rsidR="000E4F68" w:rsidRDefault="00433ACD">
      <w:r>
        <w:rPr>
          <w:b/>
        </w:rPr>
        <w:t>5-savol: Televizor va internetda qanday xeshteglarni izlashimiz kerak?</w:t>
      </w:r>
    </w:p>
    <w:p w:rsidR="000E4F68" w:rsidRDefault="000E4F68"/>
    <w:p w:rsidR="000E4F68" w:rsidRDefault="00433ACD">
      <w:r>
        <w:t>Javob: #Mustaqillik35 va #Uzb35.</w:t>
      </w:r>
    </w:p>
    <w:p w:rsidR="000E4F68" w:rsidRDefault="000E4F68"/>
    <w:p w:rsidR="000E4F68" w:rsidRDefault="00433ACD">
      <w:r>
        <w:t>O'quvchilarni rag'batlantirish va baholash:</w:t>
      </w:r>
    </w:p>
    <w:p w:rsidR="000E4F68" w:rsidRDefault="000E4F68"/>
    <w:p w:rsidR="000E4F68" w:rsidRDefault="00433ACD">
      <w:r>
        <w:t>Faol ishtirok etgan, teran fikr bildirgan va amaliy mashg'ulotda o'z qobiliyatini namoyon etgan o'quvchilar reyting daftarchalariga ballar va maqtov so'zlari bilan baholanadi. Darsda passiv ishtirok etgan o'quvchilarga kelgusi darslarda faol bo'lishlari tavsiya qilinadi.</w:t>
      </w:r>
    </w:p>
    <w:p w:rsidR="000E4F68" w:rsidRDefault="000E4F68"/>
    <w:p w:rsidR="000E4F68" w:rsidRDefault="00433ACD">
      <w:r>
        <w:br w:type="page"/>
      </w:r>
    </w:p>
    <w:p w:rsidR="000E4F68" w:rsidRDefault="00433ACD">
      <w:pPr>
        <w:pStyle w:val="1"/>
      </w:pPr>
      <w:r>
        <w:rPr>
          <w:rFonts w:ascii="Times New Roman" w:hAnsi="Times New Roman"/>
          <w:color w:val="000000"/>
        </w:rPr>
        <w:lastRenderedPageBreak/>
        <w:t>IX. XULOSA, YAKUNIY SO'Z VA UYGA VAZIFA (5 DAQIQA)</w:t>
      </w:r>
    </w:p>
    <w:p w:rsidR="000E4F68" w:rsidRDefault="00433ACD">
      <w:r>
        <w:rPr>
          <w:b/>
        </w:rPr>
        <w:t>Dars xulosasi:</w:t>
      </w:r>
    </w:p>
    <w:p w:rsidR="000E4F68" w:rsidRDefault="000E4F68"/>
    <w:p w:rsidR="000E4F68" w:rsidRDefault="00433ACD">
      <w:r>
        <w:t>Mustaqillik O'zbekiston xalqiga o'zligini anglash, qaddini tiklash va jahon hamjamiyatida munosib o'rin egallash imkonini berdi. 'Yagona Vatan, yagona xalq boʻlib, yangi hayot va kelajak yaratamiz!' shiori ostida birlashib, tinchlik va osoyishtalik qadriga yetishimiz kerak. Biz barpo etayotgan Yangi O'zbekistonning taqdiri, obro'-e'tibori va kelajagi siz, aziz o'quvchilarning ilmingizga, odobingizga, Vatanga bo'lgan sadoqatingizga bog'liqdir.</w:t>
      </w:r>
    </w:p>
    <w:p w:rsidR="000E4F68" w:rsidRDefault="000E4F68"/>
    <w:p w:rsidR="000E4F68" w:rsidRDefault="00433ACD">
      <w:r>
        <w:rPr>
          <w:b/>
        </w:rPr>
        <w:t>Uyga vazifa:</w:t>
      </w:r>
    </w:p>
    <w:p w:rsidR="000E4F68" w:rsidRDefault="000E4F68"/>
    <w:p w:rsidR="000E4F68" w:rsidRDefault="00433ACD">
      <w:r>
        <w:t>1. Bayram tadbirlarini televizor, ijtimoiy tarmoqlar (#Mustaqillik35, #Uzb35) orqali kuzatish va oila a'zolari bilan muhokama qilish [1].</w:t>
      </w:r>
    </w:p>
    <w:p w:rsidR="000E4F68" w:rsidRDefault="000E4F68"/>
    <w:p w:rsidR="000E4F68" w:rsidRDefault="00433ACD">
      <w:r>
        <w:t>2. Darsda berilgan ma'lumotlar va faktlar asosida (50 trln investitsiya, esdalik nishonlari, oltin tangalar) kichik insho yoki taqdimot tayyorlab kelish [1, 2].</w:t>
      </w:r>
    </w:p>
    <w:p w:rsidR="000E4F68" w:rsidRDefault="000E4F68"/>
    <w:p w:rsidR="000E4F68" w:rsidRDefault="00433ACD">
      <w:r>
        <w:t>Yangi o'quv yilingiz muvaffaqiyatli, omadli va zafarlarga boy bo'lsin! Mustaqilligimiz abadiy bo'lsin!</w:t>
      </w:r>
    </w:p>
    <w:p w:rsidR="000E4F68" w:rsidRDefault="000E4F68"/>
    <w:p w:rsidR="000E4F68" w:rsidRDefault="00433ACD">
      <w:pPr>
        <w:jc w:val="center"/>
      </w:pPr>
      <w:r>
        <w:t>***</w:t>
      </w:r>
    </w:p>
    <w:p w:rsidR="000E4F68" w:rsidRDefault="000E4F68"/>
    <w:sectPr w:rsidR="000E4F6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27D08"/>
    <w:rsid w:val="00034616"/>
    <w:rsid w:val="0006063C"/>
    <w:rsid w:val="000E4F68"/>
    <w:rsid w:val="0015074B"/>
    <w:rsid w:val="0029639D"/>
    <w:rsid w:val="00326F90"/>
    <w:rsid w:val="00433ACD"/>
    <w:rsid w:val="004932AF"/>
    <w:rsid w:val="00AA1D8D"/>
    <w:rsid w:val="00B47730"/>
    <w:rsid w:val="00CB0664"/>
    <w:rsid w:val="00E239B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A7688-209C-48B8-9A37-B351CCC00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1696</Words>
  <Characters>9672</Characters>
  <Application>Microsoft Office Word</Application>
  <DocSecurity>0</DocSecurity>
  <Lines>80</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11346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Pilotech</cp:lastModifiedBy>
  <cp:revision>3</cp:revision>
  <dcterms:created xsi:type="dcterms:W3CDTF">2026-08-26T13:51:00Z</dcterms:created>
  <dcterms:modified xsi:type="dcterms:W3CDTF">2026-08-26T13:52:00Z</dcterms:modified>
</cp:coreProperties>
</file>