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36" w:rsidRDefault="00887D36"/>
    <w:p w:rsidR="00887D36" w:rsidRDefault="00887D36"/>
    <w:p w:rsidR="00887D36" w:rsidRDefault="00887D36"/>
    <w:p w:rsidR="00887D36" w:rsidRDefault="00887D36"/>
    <w:p w:rsidR="00887D36" w:rsidRDefault="00887D36"/>
    <w:p w:rsidR="00887D36" w:rsidRDefault="001638CB">
      <w:pPr>
        <w:jc w:val="center"/>
      </w:pPr>
      <w:r>
        <w:rPr>
          <w:b/>
          <w:sz w:val="32"/>
        </w:rPr>
        <w:t>OʻZBEKISTON RESPUBLIKASI MAKTABGACHA VA MAKTAB TA'LIMI VAZIRLIGI</w:t>
      </w:r>
      <w:r>
        <w:rPr>
          <w:b/>
          <w:sz w:val="32"/>
        </w:rPr>
        <w:br/>
      </w:r>
      <w:r>
        <w:rPr>
          <w:b/>
          <w:sz w:val="32"/>
        </w:rPr>
        <w:br/>
      </w:r>
    </w:p>
    <w:p w:rsidR="00887D36" w:rsidRDefault="001638CB" w:rsidP="001638CB">
      <w:pPr>
        <w:jc w:val="center"/>
      </w:pPr>
      <w:r>
        <w:rPr>
          <w:b/>
          <w:sz w:val="48"/>
        </w:rPr>
        <w:t>2-</w:t>
      </w:r>
      <w:r w:rsidRPr="001638CB">
        <w:rPr>
          <w:b/>
          <w:sz w:val="48"/>
        </w:rPr>
        <w:t xml:space="preserve"> </w:t>
      </w:r>
      <w:r>
        <w:rPr>
          <w:b/>
          <w:sz w:val="48"/>
        </w:rPr>
        <w:t>SINF UCHUN “MUSTAQILLIK DARSI”</w:t>
      </w:r>
      <w:r>
        <w:rPr>
          <w:b/>
          <w:sz w:val="48"/>
        </w:rPr>
        <w:br/>
        <w:t>DARS ISHLANMASI</w:t>
      </w:r>
    </w:p>
    <w:p w:rsidR="00887D36" w:rsidRDefault="00887D36"/>
    <w:p w:rsidR="00887D36" w:rsidRDefault="001638CB">
      <w:pPr>
        <w:jc w:val="center"/>
      </w:pPr>
      <w:r>
        <w:rPr>
          <w:b/>
          <w:sz w:val="36"/>
        </w:rPr>
        <w:t>Mavzu: Oʻzbekiston Respublikasi davlat mustaqilligining 35 yilligi</w:t>
      </w:r>
    </w:p>
    <w:p w:rsidR="00887D36" w:rsidRDefault="00887D36"/>
    <w:p w:rsidR="00887D36" w:rsidRDefault="00887D36"/>
    <w:p w:rsidR="00887D36" w:rsidRDefault="001638CB">
      <w:pPr>
        <w:jc w:val="center"/>
      </w:pPr>
      <w:r>
        <w:rPr>
          <w:b/>
          <w:color w:val="003399"/>
          <w:sz w:val="36"/>
        </w:rPr>
        <w:t xml:space="preserve">Bosh gʻoya: “Yagona Vatan, yagona xalq boʻlib, yangi hayot va </w:t>
      </w:r>
      <w:r>
        <w:rPr>
          <w:b/>
          <w:color w:val="003399"/>
          <w:sz w:val="36"/>
        </w:rPr>
        <w:t xml:space="preserve">kelajak yaratamiz!” </w:t>
      </w:r>
    </w:p>
    <w:p w:rsidR="00887D36" w:rsidRDefault="00887D36"/>
    <w:p w:rsidR="00887D36" w:rsidRDefault="00887D36"/>
    <w:p w:rsidR="00887D36" w:rsidRDefault="00887D36"/>
    <w:p w:rsidR="00887D36" w:rsidRDefault="00887D36"/>
    <w:p w:rsidR="00887D36" w:rsidRDefault="001638CB">
      <w:pPr>
        <w:jc w:val="right"/>
      </w:pPr>
      <w:bookmarkStart w:id="0" w:name="_GoBack"/>
      <w:bookmarkEnd w:id="0"/>
      <w:r>
        <w:rPr>
          <w:i/>
        </w:rPr>
        <w:lastRenderedPageBreak/>
        <w:t>Tayyorladi: Boshlang'ich sinf o'qituvchisi _______________________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I. DARS MAVZUSI, MAQSADI VA VAZIFALARI</w:t>
      </w:r>
    </w:p>
    <w:p w:rsidR="00887D36" w:rsidRDefault="001638CB">
      <w:r>
        <w:t>Mavzu: Oʻzbekiston Respublikasi davlat mustaqilligining 35 yilligi bayrami.</w:t>
      </w:r>
      <w:r>
        <w:br/>
      </w:r>
    </w:p>
    <w:p w:rsidR="00887D36" w:rsidRDefault="001638CB">
      <w:r>
        <w:rPr>
          <w:b/>
        </w:rPr>
        <w:t>Darsning maqsadlari:</w:t>
      </w:r>
    </w:p>
    <w:p w:rsidR="00887D36" w:rsidRDefault="001638CB">
      <w:r>
        <w:rPr>
          <w:b/>
        </w:rPr>
        <w:t>1. Ta'limiy maqsa</w:t>
      </w:r>
      <w:r>
        <w:rPr>
          <w:b/>
        </w:rPr>
        <w:t xml:space="preserve">d: </w:t>
      </w:r>
      <w:r>
        <w:t>2-sinf o'quvchilarining Mustaqillik, Vatan va uning yutuqlari haqidagi bilimlarini kengaytirish. O'zbekiston davlat mustaqilligining 35 yilligi mazmun-mohiyati va yutuqlari bilan tanishtirish. "Yagona Vatan, yagona xalq boʻlib, yangi hayot va kelajak ya</w:t>
      </w:r>
      <w:r>
        <w:t>ratamiz!" [1] shiorining chuqurroq ma'nosini o'rgatish.</w:t>
      </w:r>
    </w:p>
    <w:p w:rsidR="00887D36" w:rsidRDefault="001638CB">
      <w:r>
        <w:rPr>
          <w:b/>
        </w:rPr>
        <w:t xml:space="preserve">2. Tarbiyaviy maqsad: </w:t>
      </w:r>
      <w:r>
        <w:t>O'quvchilarda ona vatanga sadoqat, milliy qadriyatlarimizga hurmat, yurtimizdagi tinchlik va osuda hayot uchun shukronalik hissini shakllantirish.</w:t>
      </w:r>
    </w:p>
    <w:p w:rsidR="00887D36" w:rsidRDefault="001638CB">
      <w:r>
        <w:rPr>
          <w:b/>
        </w:rPr>
        <w:t xml:space="preserve">3. Rivojlantiruvchi maqsad: </w:t>
      </w:r>
      <w:r>
        <w:t>O'q</w:t>
      </w:r>
      <w:r>
        <w:t>uvchilarning fikrlash doirasini, o'qish va yozish ko'nikmalarini, o'z fikrini mustaqil, erkin bayon eta olish qobiliyatini rivojlantirish.</w:t>
      </w:r>
    </w:p>
    <w:p w:rsidR="00887D36" w:rsidRDefault="001638CB">
      <w:r>
        <w:rPr>
          <w:b/>
        </w:rPr>
        <w:t xml:space="preserve">Dars turi: </w:t>
      </w:r>
      <w:r>
        <w:t>Yangi tushunchalar beruvchi, amaliy va nazariy bilimlar darsi.</w:t>
      </w:r>
    </w:p>
    <w:p w:rsidR="00887D36" w:rsidRDefault="001638CB">
      <w:r>
        <w:rPr>
          <w:b/>
        </w:rPr>
        <w:t xml:space="preserve">Dars uslubi: </w:t>
      </w:r>
      <w:r>
        <w:t xml:space="preserve">Aqliy hujum, suhbat, ifodali </w:t>
      </w:r>
      <w:r>
        <w:t>o'qish, kichik yozma ishlar.</w:t>
      </w:r>
    </w:p>
    <w:p w:rsidR="00887D36" w:rsidRDefault="001638CB">
      <w:r>
        <w:rPr>
          <w:b/>
        </w:rPr>
        <w:t xml:space="preserve">Dars jihozi: </w:t>
      </w:r>
      <w:r>
        <w:t>Davlat ramzlari ko'rgazmalari, Mustaqillikning 35 yilligi logotipi, esdalik tangalari va nishonlari rasmlari, markerlar, tarqatma materiallar.</w:t>
      </w:r>
    </w:p>
    <w:p w:rsidR="00887D36" w:rsidRDefault="001638CB">
      <w:r>
        <w:rPr>
          <w:b/>
        </w:rPr>
        <w:br/>
        <w:t>Darsning borishi va vaqt taqsimoti (45 daqiqa):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87D36">
        <w:tc>
          <w:tcPr>
            <w:tcW w:w="2880" w:type="dxa"/>
          </w:tcPr>
          <w:p w:rsidR="00887D36" w:rsidRDefault="001638CB">
            <w:r>
              <w:rPr>
                <w:b/>
              </w:rPr>
              <w:t>Bosqichlar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Dars qismi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Vaqt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I bosqich</w:t>
            </w:r>
          </w:p>
        </w:tc>
        <w:tc>
          <w:tcPr>
            <w:tcW w:w="2880" w:type="dxa"/>
          </w:tcPr>
          <w:p w:rsidR="00887D36" w:rsidRDefault="001638CB">
            <w:r>
              <w:t>Tashkiliy qism va motivatsiya</w:t>
            </w:r>
          </w:p>
        </w:tc>
        <w:tc>
          <w:tcPr>
            <w:tcW w:w="2880" w:type="dxa"/>
          </w:tcPr>
          <w:p w:rsidR="00887D36" w:rsidRDefault="001638CB">
            <w:r>
              <w:t>5 daqiqa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II bosqich</w:t>
            </w:r>
          </w:p>
        </w:tc>
        <w:tc>
          <w:tcPr>
            <w:tcW w:w="2880" w:type="dxa"/>
          </w:tcPr>
          <w:p w:rsidR="00887D36" w:rsidRDefault="001638CB">
            <w:r>
              <w:t>Yangi mavzu bayoni (Shior va mohiyat)</w:t>
            </w:r>
          </w:p>
        </w:tc>
        <w:tc>
          <w:tcPr>
            <w:tcW w:w="2880" w:type="dxa"/>
          </w:tcPr>
          <w:p w:rsidR="00887D36" w:rsidRDefault="001638CB">
            <w:r>
              <w:t>10 daqiqa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III bosqich</w:t>
            </w:r>
          </w:p>
        </w:tc>
        <w:tc>
          <w:tcPr>
            <w:tcW w:w="2880" w:type="dxa"/>
          </w:tcPr>
          <w:p w:rsidR="00887D36" w:rsidRDefault="001638CB">
            <w:r>
              <w:t>Prezident ishlari (Raqamlar va faktlar)</w:t>
            </w:r>
          </w:p>
        </w:tc>
        <w:tc>
          <w:tcPr>
            <w:tcW w:w="2880" w:type="dxa"/>
          </w:tcPr>
          <w:p w:rsidR="00887D36" w:rsidRDefault="001638CB">
            <w:r>
              <w:t>10 daqiqa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IV bosqich</w:t>
            </w:r>
          </w:p>
        </w:tc>
        <w:tc>
          <w:tcPr>
            <w:tcW w:w="2880" w:type="dxa"/>
          </w:tcPr>
          <w:p w:rsidR="00887D36" w:rsidRDefault="001638CB">
            <w:r>
              <w:t>Amaliy mashg'ulot (Yozuv va ifodali nutq)</w:t>
            </w:r>
          </w:p>
        </w:tc>
        <w:tc>
          <w:tcPr>
            <w:tcW w:w="2880" w:type="dxa"/>
          </w:tcPr>
          <w:p w:rsidR="00887D36" w:rsidRDefault="001638CB">
            <w:r>
              <w:t>12 daqiqa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lastRenderedPageBreak/>
              <w:t>V bosqich</w:t>
            </w:r>
          </w:p>
        </w:tc>
        <w:tc>
          <w:tcPr>
            <w:tcW w:w="2880" w:type="dxa"/>
          </w:tcPr>
          <w:p w:rsidR="00887D36" w:rsidRDefault="001638CB">
            <w:r>
              <w:t>Mustahkamlash, baholash va vazifa</w:t>
            </w:r>
          </w:p>
        </w:tc>
        <w:tc>
          <w:tcPr>
            <w:tcW w:w="2880" w:type="dxa"/>
          </w:tcPr>
          <w:p w:rsidR="00887D36" w:rsidRDefault="001638CB">
            <w:r>
              <w:t>8 daqiqa</w:t>
            </w:r>
          </w:p>
        </w:tc>
      </w:tr>
    </w:tbl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II. TASHKILIY QISM VA RUHIY TAYYORGARLIK</w:t>
      </w:r>
    </w:p>
    <w:p w:rsidR="00887D36" w:rsidRDefault="001638CB">
      <w:r>
        <w:rPr>
          <w:b/>
        </w:rPr>
        <w:t>O'qituvchining kirish so'zlari:</w:t>
      </w:r>
    </w:p>
    <w:p w:rsidR="00887D36" w:rsidRDefault="001638CB">
      <w:r>
        <w:t>— Assalomu alaykum, aziz o'quvchilar! Yozgi ta'tilda yaxshi dam oldingizmi? Mana, bugun siz maktab ostonasiga 2-sinf o'quvchisi bo'lib qa</w:t>
      </w:r>
      <w:r>
        <w:t>dam qo'ydingiz. O'tgan yili siz harflarni tanib, o'qish va yozishni o'rgangan bo'lsangiz, bu yil yanada ko'proq kitoblar o'qiysiz, ko'plab yangi bilimlarni egallaysiz.</w:t>
      </w:r>
    </w:p>
    <w:p w:rsidR="00887D36" w:rsidRDefault="001638CB">
      <w:r>
        <w:rPr>
          <w:b/>
        </w:rPr>
        <w:t>Sinfni darsga tayyorlash:</w:t>
      </w:r>
    </w:p>
    <w:p w:rsidR="00887D36" w:rsidRDefault="001638CB">
      <w:r>
        <w:t>Navbatchi axboroti eshitiladi, davomat aniqlanadi. Sinf xonasi</w:t>
      </w:r>
      <w:r>
        <w:t>ning tozaligi va o'quv qurollari tekshiriladi.</w:t>
      </w:r>
    </w:p>
    <w:p w:rsidR="00887D36" w:rsidRDefault="001638CB">
      <w:r>
        <w:rPr>
          <w:b/>
        </w:rPr>
        <w:t>Davlat Madhiyasini ijro etish:</w:t>
      </w:r>
    </w:p>
    <w:p w:rsidR="00887D36" w:rsidRDefault="001638CB">
      <w:r>
        <w:t>— Aziz o'quvchilar, an'anamizga muvofiq, har bir o'quv yilining ilk darsini Davlatimiz madhiyasi bilan boshlaymiz. Endi siz madhiyamiz so'zlarini to'liq yoddan bilasiz. Qani, bar</w:t>
      </w:r>
      <w:r>
        <w:t>chamiz jo'r bo'lib kuylaymiz!</w:t>
      </w:r>
    </w:p>
    <w:p w:rsidR="00887D36" w:rsidRDefault="001638CB">
      <w:r>
        <w:t>(O'quvchilar o'ng qo'llarini ko'ksilariga qo'ygan holda madhiyani kuylaydilar).</w:t>
      </w:r>
    </w:p>
    <w:p w:rsidR="00887D36" w:rsidRDefault="001638CB">
      <w:r>
        <w:rPr>
          <w:b/>
        </w:rPr>
        <w:t>Ruhiy tayyorgarlik uchun savol:</w:t>
      </w:r>
    </w:p>
    <w:p w:rsidR="00887D36" w:rsidRDefault="001638CB">
      <w:r>
        <w:t xml:space="preserve">— O'quvchilar, bugun 2-sentabr. Biz sentabr oyida eng katta, eng ulug' qaysi bayramni nishonlaymiz? </w:t>
      </w:r>
      <w:r>
        <w:br/>
      </w:r>
      <w:r>
        <w:t>(O'quvchilardan "Mustaqillik bayrami!" degan javob olinadi).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III. YANGI MAVZU: BOSH G'OYA VA MOHIYAT</w:t>
      </w:r>
    </w:p>
    <w:p w:rsidR="00887D36" w:rsidRDefault="001638CB">
      <w:r>
        <w:rPr>
          <w:b/>
        </w:rPr>
        <w:t>Mavzuni e'lon qilish:</w:t>
      </w:r>
    </w:p>
    <w:p w:rsidR="00887D36" w:rsidRDefault="001638CB">
      <w:r>
        <w:t>— Barakalla! Bugun biz Vatanimiz O'zbekistonning davlat mustaqilligining 35 yilligi bayramini nishonlayapmiz [1, 2]. Qarang, davlat</w:t>
      </w:r>
      <w:r>
        <w:t>imiz biz kabi yosh emas, u 35 yoshga to'ldi!</w:t>
      </w:r>
    </w:p>
    <w:p w:rsidR="00887D36" w:rsidRDefault="001638CB">
      <w:r>
        <w:rPr>
          <w:b/>
        </w:rPr>
        <w:t>Bosh g'oya bilan tanishish:</w:t>
      </w:r>
    </w:p>
    <w:p w:rsidR="00887D36" w:rsidRDefault="001638CB">
      <w:r>
        <w:t>O'qituvchi doskaga ilingan plakatga yoki monitorga e'tiborni qaratadi. 2-sinf o'quvchilari o'qishni bilganliklari uchun shiorni barchalari birgalikda, baralla o'qiydilar:</w:t>
      </w:r>
    </w:p>
    <w:p w:rsidR="00887D36" w:rsidRDefault="001638CB">
      <w:pPr>
        <w:jc w:val="center"/>
      </w:pPr>
      <w:r>
        <w:rPr>
          <w:b/>
          <w:color w:val="CC0000"/>
          <w:sz w:val="36"/>
        </w:rPr>
        <w:t>“Yagona Vata</w:t>
      </w:r>
      <w:r>
        <w:rPr>
          <w:b/>
          <w:color w:val="CC0000"/>
          <w:sz w:val="36"/>
        </w:rPr>
        <w:t>n, yagona xalq boʻlib, yangi hayot va kelajak yaratamiz!” [1]</w:t>
      </w:r>
    </w:p>
    <w:p w:rsidR="00887D36" w:rsidRDefault="001638CB">
      <w:r>
        <w:rPr>
          <w:b/>
        </w:rPr>
        <w:t>So'zlar ustida ishlash (Lug'at ishi):</w:t>
      </w:r>
    </w:p>
    <w:p w:rsidR="00887D36" w:rsidRDefault="001638CB">
      <w:r>
        <w:t>O'qituvchi o'quvchilardan shior ichidagi so'zlarning ma'nosini qanday tushunishlarini so'raydi, so'ngra xulosa qiladi.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87D36">
        <w:tc>
          <w:tcPr>
            <w:tcW w:w="4320" w:type="dxa"/>
          </w:tcPr>
          <w:p w:rsidR="00887D36" w:rsidRDefault="001638CB">
            <w:r>
              <w:rPr>
                <w:b/>
              </w:rPr>
              <w:t>So'z yoki ibora</w:t>
            </w:r>
          </w:p>
        </w:tc>
        <w:tc>
          <w:tcPr>
            <w:tcW w:w="4320" w:type="dxa"/>
          </w:tcPr>
          <w:p w:rsidR="00887D36" w:rsidRDefault="001638CB">
            <w:r>
              <w:rPr>
                <w:b/>
              </w:rPr>
              <w:t>2-sinf uchun ta'rifi</w:t>
            </w:r>
          </w:p>
        </w:tc>
      </w:tr>
      <w:tr w:rsidR="00887D36">
        <w:tc>
          <w:tcPr>
            <w:tcW w:w="4320" w:type="dxa"/>
          </w:tcPr>
          <w:p w:rsidR="00887D36" w:rsidRDefault="001638CB">
            <w:r>
              <w:t>Yagona Vatan</w:t>
            </w:r>
          </w:p>
        </w:tc>
        <w:tc>
          <w:tcPr>
            <w:tcW w:w="4320" w:type="dxa"/>
          </w:tcPr>
          <w:p w:rsidR="00887D36" w:rsidRDefault="001638CB">
            <w:r>
              <w:t>Bizning bittagina ona Vatanimiz bor, bu – O'zbekiston. Biz uni ko'z qorachig'idek asrashimiz kerak.</w:t>
            </w:r>
          </w:p>
        </w:tc>
      </w:tr>
      <w:tr w:rsidR="00887D36">
        <w:tc>
          <w:tcPr>
            <w:tcW w:w="4320" w:type="dxa"/>
          </w:tcPr>
          <w:p w:rsidR="00887D36" w:rsidRDefault="001638CB">
            <w:r>
              <w:t>Yagona xalq</w:t>
            </w:r>
          </w:p>
        </w:tc>
        <w:tc>
          <w:tcPr>
            <w:tcW w:w="4320" w:type="dxa"/>
          </w:tcPr>
          <w:p w:rsidR="00887D36" w:rsidRDefault="001638CB">
            <w:r>
              <w:t>Yurtimizda turli millat insonlari yashaydi. Lekin barchamiz ahil-inoq bitta oilamiz, yagona xalqmiz.</w:t>
            </w:r>
          </w:p>
        </w:tc>
      </w:tr>
      <w:tr w:rsidR="00887D36">
        <w:tc>
          <w:tcPr>
            <w:tcW w:w="4320" w:type="dxa"/>
          </w:tcPr>
          <w:p w:rsidR="00887D36" w:rsidRDefault="001638CB">
            <w:r>
              <w:t>Yangi hayot va kelajak</w:t>
            </w:r>
          </w:p>
        </w:tc>
        <w:tc>
          <w:tcPr>
            <w:tcW w:w="4320" w:type="dxa"/>
          </w:tcPr>
          <w:p w:rsidR="00887D36" w:rsidRDefault="001638CB">
            <w:r>
              <w:t>Zamo</w:t>
            </w:r>
            <w:r>
              <w:t>naviy maktablarda ta'lim olib, aqlli insonlar bo'lib yetishishimiz va go'zal kelajak barpo etishimiz.</w:t>
            </w:r>
          </w:p>
        </w:tc>
      </w:tr>
    </w:tbl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IV. VATAN TARAQQIYOTI: PREZIDENTIMIZ ISHLARI</w:t>
      </w:r>
    </w:p>
    <w:p w:rsidR="00887D36" w:rsidRDefault="001638CB">
      <w:r>
        <w:rPr>
          <w:b/>
        </w:rPr>
        <w:t>Davlatimiz rahbarining xalqqa g'amxo'rligi:</w:t>
      </w:r>
    </w:p>
    <w:p w:rsidR="00887D36" w:rsidRDefault="001638CB">
      <w:r>
        <w:t>— O'quvchilar, mamlakatimizni kundan-kunga chiroyli va obod qi</w:t>
      </w:r>
      <w:r>
        <w:t>lishda kim bosh-qosh bo'lmoqda? Albatta, Prezidentimiz Shavkat Miromonovich Mirziyoyev. Ularning tashabbuslari bilan yurtimizda "Yangi O'zbekiston" qurilmoqda.</w:t>
      </w:r>
    </w:p>
    <w:p w:rsidR="00887D36" w:rsidRDefault="001638CB">
      <w:r>
        <w:rPr>
          <w:b/>
        </w:rPr>
        <w:t>Raqamlar va faktlar bilan ishlash (Sodda tilda):</w:t>
      </w:r>
    </w:p>
    <w:p w:rsidR="00887D36" w:rsidRDefault="001638CB">
      <w:r>
        <w:t>— Mustaqillik bayrami arafasida mamlakatimiz bo</w:t>
      </w:r>
      <w:r>
        <w:t>'ylab juda katta inshootlar, korxonalar ochildi. Prezidentimiz rahbarligida qariyb 50 trillion soʻmlik yirik investitsiyaviy loyihalar va ijtimoiy obyektlar foydalanishga topshirildi [1].</w:t>
      </w:r>
    </w:p>
    <w:p w:rsidR="00887D36" w:rsidRDefault="001638CB">
      <w:r>
        <w:t>— "50 trillion so'm" bu nima degani? Bu raqam juda-juda katta mablag</w:t>
      </w:r>
      <w:r>
        <w:t>' bo'lib, ular siz va oilangiz farovonligi uchun sarflanadi:</w:t>
      </w:r>
    </w:p>
    <w:p w:rsidR="00887D36" w:rsidRDefault="001638CB">
      <w:r>
        <w:t>1. Ta'lim: Siz kabi o'quvchilar uchun yangi aqlli (smart) maktablar, IT markazlari va kutubxonalar qurildi.</w:t>
      </w:r>
    </w:p>
    <w:p w:rsidR="00887D36" w:rsidRDefault="001638CB">
      <w:r>
        <w:t>2. Iqtisodiyot: Ota-onalaringiz ishlaydigan katta zavod va fabrikalar, ish o'rinlari ya</w:t>
      </w:r>
      <w:r>
        <w:t>ratildi.</w:t>
      </w:r>
    </w:p>
    <w:p w:rsidR="00887D36" w:rsidRDefault="001638CB">
      <w:r>
        <w:t>3. Ijtimoiy himoya: Yangi kasalxonalar, poliklinikalar, chiroyli bog'lar foydalanishga topshirildi.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87D36">
        <w:tc>
          <w:tcPr>
            <w:tcW w:w="2880" w:type="dxa"/>
          </w:tcPr>
          <w:p w:rsidR="00887D36" w:rsidRDefault="001638CB">
            <w:r>
              <w:rPr>
                <w:b/>
              </w:rPr>
              <w:t>Soha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Nimalar qurildi?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Kutiladigan foyda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Ta'lim va yoshlar</w:t>
            </w:r>
          </w:p>
        </w:tc>
        <w:tc>
          <w:tcPr>
            <w:tcW w:w="2880" w:type="dxa"/>
          </w:tcPr>
          <w:p w:rsidR="00887D36" w:rsidRDefault="001638CB">
            <w:r>
              <w:t>Zamonaviy maktab va sport majmualari</w:t>
            </w:r>
          </w:p>
        </w:tc>
        <w:tc>
          <w:tcPr>
            <w:tcW w:w="2880" w:type="dxa"/>
          </w:tcPr>
          <w:p w:rsidR="00887D36" w:rsidRDefault="001638CB">
            <w:r>
              <w:t>Bolalar bilimli va sog'lom bo'lib o'sadi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Sanoat</w:t>
            </w:r>
          </w:p>
        </w:tc>
        <w:tc>
          <w:tcPr>
            <w:tcW w:w="2880" w:type="dxa"/>
          </w:tcPr>
          <w:p w:rsidR="00887D36" w:rsidRDefault="001638CB">
            <w:r>
              <w:t>50</w:t>
            </w:r>
            <w:r>
              <w:t xml:space="preserve"> trillion so'mlik loyihalar (zavodlar) [1]</w:t>
            </w:r>
          </w:p>
        </w:tc>
        <w:tc>
          <w:tcPr>
            <w:tcW w:w="2880" w:type="dxa"/>
          </w:tcPr>
          <w:p w:rsidR="00887D36" w:rsidRDefault="001638CB">
            <w:r>
              <w:t>Yangi ish o'rinlari va boylik yaratiladi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Tibbiyot</w:t>
            </w:r>
          </w:p>
        </w:tc>
        <w:tc>
          <w:tcPr>
            <w:tcW w:w="2880" w:type="dxa"/>
          </w:tcPr>
          <w:p w:rsidR="00887D36" w:rsidRDefault="001638CB">
            <w:r>
              <w:t>Kasalxonalar va sog'lomlashtirish maskanlari</w:t>
            </w:r>
          </w:p>
        </w:tc>
        <w:tc>
          <w:tcPr>
            <w:tcW w:w="2880" w:type="dxa"/>
          </w:tcPr>
          <w:p w:rsidR="00887D36" w:rsidRDefault="001638CB">
            <w:r>
              <w:t>Xalqimizning sog'lig'i mustahkamlanadi</w:t>
            </w:r>
          </w:p>
        </w:tc>
      </w:tr>
    </w:tbl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V. MAXSUS MUKOFOTLAR VA ESDALIK TANGALARI</w:t>
      </w:r>
    </w:p>
    <w:p w:rsidR="00887D36" w:rsidRDefault="001638CB">
      <w:r>
        <w:t>O'qituvchi slayddan yoki rasm orq</w:t>
      </w:r>
      <w:r>
        <w:t>ali Mustaqillikning 35 yilligi ko'krak nishoni va tangalarini namoyish etadi.</w:t>
      </w:r>
    </w:p>
    <w:p w:rsidR="00887D36" w:rsidRDefault="001638CB">
      <w:r>
        <w:rPr>
          <w:b/>
        </w:rPr>
        <w:t>1. “Oʻzbekiston Respublikasi mustaqilligining 35 yilligi” esdalik nishoni:</w:t>
      </w:r>
    </w:p>
    <w:p w:rsidR="00887D36" w:rsidRDefault="001638CB">
      <w:r>
        <w:t xml:space="preserve">— E'tibor bering, bu davlat mukofoti [1, 2]. Davlatimiz gullab-yashnashiga katta hissa qo'shgan fidoyi </w:t>
      </w:r>
      <w:r>
        <w:t>kishilarga ushbu nishon topshiriladi. Ularning ichida sizga ta'lim berayotgan ustozlar, sizni davolaydigan shifokorlar va Vatan sarhadlarini qo'riqlayotgan harbiylar bor. Bu mukofot ularning mehnatiga davlatimizning minnatdorchiligidir.</w:t>
      </w:r>
    </w:p>
    <w:p w:rsidR="00887D36" w:rsidRDefault="001638CB">
      <w:r>
        <w:rPr>
          <w:b/>
        </w:rPr>
        <w:t xml:space="preserve">2. Markaziy bank </w:t>
      </w:r>
      <w:r>
        <w:rPr>
          <w:b/>
        </w:rPr>
        <w:t>esdalik oltin tangalari:</w:t>
      </w:r>
    </w:p>
    <w:p w:rsidR="00887D36" w:rsidRDefault="001638CB">
      <w:r>
        <w:t>— Tarixda muhim voqealar yuz berganda, ular xotirada qolishi uchun maxsus tangalar zarb qilinadi. Vatanimizning 35 yillik bayrami munosabati bilan O'zbekiston Markaziy banki tomonidan maxsus esdalik oltin tangalari taʼsis etildi [1</w:t>
      </w:r>
      <w:r>
        <w:t>, 2].</w:t>
      </w:r>
    </w:p>
    <w:p w:rsidR="00887D36" w:rsidRDefault="001638CB">
      <w:r>
        <w:t>— Bu tangalarning yuzida O'zbekistonning diqqatga sazovor joylari, Mustaqillik ramzlari tasvirlangan. Bu bizning yorug' tariximiz sahifalariga bitiladigan esdalikdir.</w:t>
      </w:r>
    </w:p>
    <w:p w:rsidR="00887D36" w:rsidRDefault="001638CB">
      <w:r>
        <w:rPr>
          <w:i/>
        </w:rPr>
        <w:t>O'quvchilarni fikrlashga undash:</w:t>
      </w:r>
    </w:p>
    <w:p w:rsidR="00887D36" w:rsidRDefault="001638CB">
      <w:r>
        <w:t xml:space="preserve">— Sizningcha, nima uchun aynan oltindan yasalgan? </w:t>
      </w:r>
      <w:r>
        <w:t>(O'quvchilarning fikrlari tinglanadi: "Oltin zanglamaydi, qimmatli, tarixda uzoq saqlanadi...")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VI. AMALIY MASHG'ULOT: YOZUV VA IFODALI NUTQ</w:t>
      </w:r>
    </w:p>
    <w:p w:rsidR="00887D36" w:rsidRDefault="001638CB">
      <w:r>
        <w:rPr>
          <w:b/>
        </w:rPr>
        <w:t>Yozuv daqiqasi: "Mening shiorim"</w:t>
      </w:r>
    </w:p>
    <w:p w:rsidR="00887D36" w:rsidRDefault="001638CB">
      <w:r>
        <w:t xml:space="preserve">— Aziz 2-sinf o'quvchilari, daftarlarimizni ochamiz. Bugungi sanani va </w:t>
      </w:r>
      <w:r>
        <w:t>"Mustaqillik darsi" mavzusini yozamiz. Endi xattaxtadagi asosiy shiorni chiroyli va xatosiz yozib oling.</w:t>
      </w:r>
    </w:p>
    <w:p w:rsidR="00887D36" w:rsidRDefault="001638CB">
      <w:r>
        <w:rPr>
          <w:b/>
        </w:rPr>
        <w:t>Daftarga yoziladigan matn:</w:t>
      </w:r>
    </w:p>
    <w:p w:rsidR="00887D36" w:rsidRDefault="001638CB">
      <w:r>
        <w:rPr>
          <w:i/>
        </w:rPr>
        <w:t>Yagona Vatan, yagona xalq boʻlib, yangi hayot va kelajak yaratamiz!</w:t>
      </w:r>
    </w:p>
    <w:p w:rsidR="00887D36" w:rsidRDefault="001638CB">
      <w:r>
        <w:rPr>
          <w:b/>
        </w:rPr>
        <w:t>Ifodali o'qish daqiqasi:</w:t>
      </w:r>
    </w:p>
    <w:p w:rsidR="00887D36" w:rsidRDefault="001638CB">
      <w:r>
        <w:t>O'quvchilarga oldindan yodlashg</w:t>
      </w:r>
      <w:r>
        <w:t>a berilgan yoki ekranda ko'rsatilgan Vatan haqidagi she'rlarni navbatma-navbat, ifodali qilib o'qish vazifasi beriladi.</w:t>
      </w:r>
    </w:p>
    <w:p w:rsidR="00887D36" w:rsidRDefault="001638CB">
      <w:pPr>
        <w:jc w:val="center"/>
      </w:pPr>
      <w:r>
        <w:rPr>
          <w:i/>
          <w:color w:val="006600"/>
        </w:rPr>
        <w:t>O'zbekiston – Vatanim manim,</w:t>
      </w:r>
      <w:r>
        <w:rPr>
          <w:i/>
          <w:color w:val="006600"/>
        </w:rPr>
        <w:br/>
        <w:t>Ko'zimning nuridirsan.</w:t>
      </w:r>
      <w:r>
        <w:rPr>
          <w:i/>
          <w:color w:val="006600"/>
        </w:rPr>
        <w:br/>
        <w:t>Bobolardan qolgan shu yurtim,</w:t>
      </w:r>
      <w:r>
        <w:rPr>
          <w:i/>
          <w:color w:val="006600"/>
        </w:rPr>
        <w:br/>
        <w:t>Qalbimning sururidirsan.</w:t>
      </w:r>
      <w:r>
        <w:rPr>
          <w:i/>
          <w:color w:val="006600"/>
        </w:rPr>
        <w:br/>
      </w:r>
      <w:r>
        <w:rPr>
          <w:i/>
          <w:color w:val="006600"/>
        </w:rPr>
        <w:br/>
        <w:t>Otib kelar shonli tonglaring</w:t>
      </w:r>
      <w:r>
        <w:rPr>
          <w:i/>
          <w:color w:val="006600"/>
        </w:rPr>
        <w:t>,</w:t>
      </w:r>
      <w:r>
        <w:rPr>
          <w:i/>
          <w:color w:val="006600"/>
        </w:rPr>
        <w:br/>
        <w:t>35 yoshing qutlug' bo'lsin.</w:t>
      </w:r>
      <w:r>
        <w:rPr>
          <w:i/>
          <w:color w:val="006600"/>
        </w:rPr>
        <w:br/>
        <w:t>Tinchlik ramzi bo'lgan bog'laring,</w:t>
      </w:r>
      <w:r>
        <w:rPr>
          <w:i/>
          <w:color w:val="006600"/>
        </w:rPr>
        <w:br/>
        <w:t>Mevalarga, baxtga to'lsin!</w:t>
      </w:r>
    </w:p>
    <w:p w:rsidR="00887D36" w:rsidRDefault="001638CB">
      <w:r>
        <w:rPr>
          <w:b/>
        </w:rPr>
        <w:t>She'r mazmuni bo'yicha qisqa suhbat:</w:t>
      </w:r>
    </w:p>
    <w:p w:rsidR="00887D36" w:rsidRDefault="001638CB">
      <w:r>
        <w:t>— She'rda Vatanimiz nimalarga o'xshatilgan? Nima uchun 35 yoshing qutlug' bo'lsin deyilgan?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VII. ZAMONAVIY BAYRAM: INTERNET V</w:t>
      </w:r>
      <w:r>
        <w:t>A TELEVIDENIYE</w:t>
      </w:r>
    </w:p>
    <w:p w:rsidR="00887D36" w:rsidRDefault="001638CB">
      <w:r>
        <w:t>— Hozirgi davr — internet va texnologiyalar davri. Bizning Mustaqillik bayramimiz ham butun dunyoga ko'rsatilmoqda. Biz internet orqali vatandoshlarimizning bayram qanday nishonlayotganlarini ko'rishimiz mumkin [1].</w:t>
      </w:r>
    </w:p>
    <w:p w:rsidR="00887D36" w:rsidRDefault="001638CB">
      <w:r>
        <w:rPr>
          <w:b/>
        </w:rPr>
        <w:t>Ijtimoiy tarmoqlar va xes</w:t>
      </w:r>
      <w:r>
        <w:rPr>
          <w:b/>
        </w:rPr>
        <w:t>hteglar:</w:t>
      </w:r>
    </w:p>
    <w:p w:rsidR="00887D36" w:rsidRDefault="001638CB">
      <w:r>
        <w:t>— Agar ota-onangiz bilan internetga kirsangiz, ijtimoiy tarmoqlarda quyidagi belgilarni izlab ko'ring:</w:t>
      </w:r>
    </w:p>
    <w:p w:rsidR="00887D36" w:rsidRDefault="001638CB">
      <w:pPr>
        <w:jc w:val="center"/>
      </w:pPr>
      <w:r>
        <w:rPr>
          <w:b/>
          <w:color w:val="0033CC"/>
          <w:sz w:val="44"/>
        </w:rPr>
        <w:t>#Mustaqillik35</w:t>
      </w:r>
      <w:r>
        <w:rPr>
          <w:b/>
          <w:color w:val="0033CC"/>
          <w:sz w:val="44"/>
        </w:rPr>
        <w:br/>
        <w:t>#Uzb35</w:t>
      </w:r>
    </w:p>
    <w:p w:rsidR="00887D36" w:rsidRDefault="001638CB">
      <w:r>
        <w:t>Ijtimoiy tarmoqlarda #Mustaqillik35 va #Uzb35 xeshteglari ostida fleshmoblar o'tkazilmoqda [1]. Fleshmob — bu ko'pchilik o</w:t>
      </w:r>
      <w:r>
        <w:t>damlarning bir paytning o'zida vatanparvarlik qo'shiqlariga raqsga tushishi yoki biror chiroyli harakatni bajarishidir.</w:t>
      </w:r>
    </w:p>
    <w:p w:rsidR="00887D36" w:rsidRDefault="001638CB">
      <w:r>
        <w:rPr>
          <w:b/>
        </w:rPr>
        <w:t>Telekanallardagi bayram shukuhi:</w:t>
      </w:r>
    </w:p>
    <w:p w:rsidR="00887D36" w:rsidRDefault="001638CB">
      <w:r>
        <w:t>Telekanallarda maxsus hujjatli filmlar va qiziqarli koʻrsatuvlar namoyish etilmoqda [1]. Bu filmlarda s</w:t>
      </w:r>
      <w:r>
        <w:t>hu 35 yil ichida qanday katta yutuqlarga erishganimiz, cho'llar obod shaharlarga aylangani, zavodlar ishga tushgani ko'rsatiladi.</w:t>
      </w:r>
    </w:p>
    <w:p w:rsidR="00887D36" w:rsidRDefault="001638CB">
      <w:r>
        <w:t>Uyda oilangiz davrasida bu ko'rsatuvlarni ko'rsangiz, Vatanimiz tarixini yanada yaxshiroq o'rganasiz.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VIII. DARSNI MUSTAHKAM</w:t>
      </w:r>
      <w:r>
        <w:t>LASH VA TEZKOR SAVOL-JAVOB</w:t>
      </w:r>
    </w:p>
    <w:p w:rsidR="00887D36" w:rsidRDefault="001638CB">
      <w:r>
        <w:t>— Darsimiz davomida juda ko'p ma'lumotlar oldik. Qani, kim eng ziyrak va diqqatli ekanligini sinab ko'ramiz.</w:t>
      </w:r>
    </w:p>
    <w:p w:rsidR="00887D36" w:rsidRDefault="001638CB">
      <w:r>
        <w:rPr>
          <w:b/>
        </w:rPr>
        <w:t>"Ha yoki Yo'q" o'yini:</w:t>
      </w:r>
    </w:p>
    <w:p w:rsidR="00887D36" w:rsidRDefault="001638CB">
      <w:r>
        <w:t>O'qituvchi jumla aytadi. Agar jumla to'g'ri bo'lsa o'quvchilar qo'llarini qarsak chaladilar (HA),</w:t>
      </w:r>
      <w:r>
        <w:t xml:space="preserve"> noto'g'ri bo'lsa qo'llarini ko'taradilar (YO'Q).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87D36">
        <w:tc>
          <w:tcPr>
            <w:tcW w:w="2880" w:type="dxa"/>
          </w:tcPr>
          <w:p w:rsidR="00887D36" w:rsidRDefault="001638CB">
            <w:r>
              <w:rPr>
                <w:b/>
              </w:rPr>
              <w:t>O'qituvchi aytadigan jumla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To'g'ri javob</w:t>
            </w:r>
          </w:p>
        </w:tc>
        <w:tc>
          <w:tcPr>
            <w:tcW w:w="2880" w:type="dxa"/>
          </w:tcPr>
          <w:p w:rsidR="00887D36" w:rsidRDefault="001638CB">
            <w:r>
              <w:rPr>
                <w:b/>
              </w:rPr>
              <w:t>Izoh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Biz Mustaqilligimizning 30 yilligini nishonlayapmiz.</w:t>
            </w:r>
          </w:p>
        </w:tc>
        <w:tc>
          <w:tcPr>
            <w:tcW w:w="2880" w:type="dxa"/>
          </w:tcPr>
          <w:p w:rsidR="00887D36" w:rsidRDefault="001638CB">
            <w:r>
              <w:t>YO'Q</w:t>
            </w:r>
          </w:p>
        </w:tc>
        <w:tc>
          <w:tcPr>
            <w:tcW w:w="2880" w:type="dxa"/>
          </w:tcPr>
          <w:p w:rsidR="00887D36" w:rsidRDefault="001638CB">
            <w:r>
              <w:t>35 yilligini nishonlayapmiz!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Asosiy shiorimiz: “Yagona Vatan, yagona xalq boʻlib...” deb boshlanadi.</w:t>
            </w:r>
          </w:p>
        </w:tc>
        <w:tc>
          <w:tcPr>
            <w:tcW w:w="2880" w:type="dxa"/>
          </w:tcPr>
          <w:p w:rsidR="00887D36" w:rsidRDefault="001638CB">
            <w:r>
              <w:t>HA</w:t>
            </w:r>
          </w:p>
        </w:tc>
        <w:tc>
          <w:tcPr>
            <w:tcW w:w="2880" w:type="dxa"/>
          </w:tcPr>
          <w:p w:rsidR="00887D36" w:rsidRDefault="001638CB">
            <w:r>
              <w:t>To'g'ri, bu yilgi asosiy g'oya shu.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Prezidentimizning e'tibori bilan 50 trillion so'mlik obyektlar qurildi.</w:t>
            </w:r>
          </w:p>
        </w:tc>
        <w:tc>
          <w:tcPr>
            <w:tcW w:w="2880" w:type="dxa"/>
          </w:tcPr>
          <w:p w:rsidR="00887D36" w:rsidRDefault="001638CB">
            <w:r>
              <w:t>HA</w:t>
            </w:r>
          </w:p>
        </w:tc>
        <w:tc>
          <w:tcPr>
            <w:tcW w:w="2880" w:type="dxa"/>
          </w:tcPr>
          <w:p w:rsidR="00887D36" w:rsidRDefault="001638CB">
            <w:r>
              <w:t>Yangi zavod va binolar qurildi [1].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Markaziy bank bayramga atab kumush tangalar chiqardi.</w:t>
            </w:r>
          </w:p>
        </w:tc>
        <w:tc>
          <w:tcPr>
            <w:tcW w:w="2880" w:type="dxa"/>
          </w:tcPr>
          <w:p w:rsidR="00887D36" w:rsidRDefault="001638CB">
            <w:r>
              <w:t>YO'Q</w:t>
            </w:r>
          </w:p>
        </w:tc>
        <w:tc>
          <w:tcPr>
            <w:tcW w:w="2880" w:type="dxa"/>
          </w:tcPr>
          <w:p w:rsidR="00887D36" w:rsidRDefault="001638CB">
            <w:r>
              <w:t>Oltin tangalar ta'sis etildi [1, 2].</w:t>
            </w:r>
          </w:p>
        </w:tc>
      </w:tr>
      <w:tr w:rsidR="00887D36">
        <w:tc>
          <w:tcPr>
            <w:tcW w:w="2880" w:type="dxa"/>
          </w:tcPr>
          <w:p w:rsidR="00887D36" w:rsidRDefault="001638CB">
            <w:r>
              <w:t>Internetda #Mustaqillik35 xeshtegi bilan ma'lumotlar tarqalmoqda.</w:t>
            </w:r>
          </w:p>
        </w:tc>
        <w:tc>
          <w:tcPr>
            <w:tcW w:w="2880" w:type="dxa"/>
          </w:tcPr>
          <w:p w:rsidR="00887D36" w:rsidRDefault="001638CB">
            <w:r>
              <w:t>HA</w:t>
            </w:r>
          </w:p>
        </w:tc>
        <w:tc>
          <w:tcPr>
            <w:tcW w:w="2880" w:type="dxa"/>
          </w:tcPr>
          <w:p w:rsidR="00887D36" w:rsidRDefault="001638CB">
            <w:r>
              <w:t>Ijtimoiy tarmoqlarda fleshmoblar davom etmoqda [1].</w:t>
            </w:r>
          </w:p>
        </w:tc>
      </w:tr>
    </w:tbl>
    <w:p w:rsidR="00887D36" w:rsidRDefault="001638CB">
      <w:r>
        <w:rPr>
          <w:b/>
        </w:rPr>
        <w:br/>
        <w:t>So'z o'yini (Aqliy hujum):</w:t>
      </w:r>
    </w:p>
    <w:p w:rsidR="00887D36" w:rsidRDefault="001638CB">
      <w:r>
        <w:t xml:space="preserve">MUSTAQILLIK so'zidagi harflardan foydalanib, yangi so'zlar tuzish musobaqasi (Masalan: qalam, qish, oq, </w:t>
      </w:r>
      <w:r>
        <w:t>ilm... va h.k.)</w:t>
      </w:r>
    </w:p>
    <w:p w:rsidR="00887D36" w:rsidRDefault="001638CB">
      <w:r>
        <w:br w:type="page"/>
      </w:r>
    </w:p>
    <w:p w:rsidR="00887D36" w:rsidRDefault="001638CB">
      <w:pPr>
        <w:pStyle w:val="1"/>
      </w:pPr>
      <w:r>
        <w:lastRenderedPageBreak/>
        <w:t>IX. YAKUNIY XULOSA, BAHOLASH VA UYGA VAZIFA</w:t>
      </w:r>
    </w:p>
    <w:p w:rsidR="00887D36" w:rsidRDefault="001638CB">
      <w:r>
        <w:rPr>
          <w:b/>
        </w:rPr>
        <w:t>Darsning xulosasi:</w:t>
      </w:r>
    </w:p>
    <w:p w:rsidR="00887D36" w:rsidRDefault="001638CB">
      <w:r>
        <w:t>Mustaqillik eng oliy ne'matdir. O'zbekistonimiz mustaqil bo'lgani uchun biz tinch, erkin va baxtli yashayapmiz. Siz kabi bilimdon va harakatchan o'quvchilar Vatanimizning erta</w:t>
      </w:r>
      <w:r>
        <w:t>ngi kunidir. Yaxshi o'qish, ota-onaga hurmat va o'zaro do'stlik — Vatanimizga qilgan eng katta yordamingizdir.</w:t>
      </w:r>
    </w:p>
    <w:p w:rsidR="00887D36" w:rsidRDefault="001638CB">
      <w:r>
        <w:rPr>
          <w:b/>
        </w:rPr>
        <w:t>Baholash:</w:t>
      </w:r>
    </w:p>
    <w:p w:rsidR="00887D36" w:rsidRDefault="001638CB">
      <w:r>
        <w:t>2-sinfda o'quvchilar darsdagi ishtirokiga qarab 5 ballik tizimda baholanadilar. Darsda faol qatnashgan, savollarga aniq javob bergan va</w:t>
      </w:r>
      <w:r>
        <w:t xml:space="preserve"> daftarga chiroyli yozgan o'quvchilar "5" va "4" baholar bilan rag'batlantiriladi. O'qituvchi kundalik daftarlariga baholarni qo'yadi va tabriklaydi.</w:t>
      </w:r>
    </w:p>
    <w:p w:rsidR="00887D36" w:rsidRDefault="001638CB">
      <w:r>
        <w:rPr>
          <w:b/>
        </w:rPr>
        <w:t>Uyga vazifa:</w:t>
      </w:r>
    </w:p>
    <w:p w:rsidR="00887D36" w:rsidRDefault="001638CB">
      <w:r>
        <w:rPr>
          <w:b/>
        </w:rPr>
        <w:t xml:space="preserve">1. </w:t>
      </w:r>
      <w:r>
        <w:t>Televizor orqali namoyish etilayotgan Mustaqillik bayrami dasturlari va maxsus hujjatli fi</w:t>
      </w:r>
      <w:r>
        <w:t>lmlarni oila davrasida tomosha qilish [1].</w:t>
      </w:r>
    </w:p>
    <w:p w:rsidR="00887D36" w:rsidRDefault="001638CB">
      <w:r>
        <w:rPr>
          <w:b/>
        </w:rPr>
        <w:t xml:space="preserve">2. </w:t>
      </w:r>
      <w:r>
        <w:t>Darsda ko'chirilgan shior: "Yagona Vatan, yagona xalq boʻlib, yangi hayot va kelajak yaratamiz!" so'zlarini yod olish.</w:t>
      </w:r>
    </w:p>
    <w:p w:rsidR="00887D36" w:rsidRDefault="001638CB">
      <w:r>
        <w:rPr>
          <w:b/>
        </w:rPr>
        <w:t xml:space="preserve">3. </w:t>
      </w:r>
      <w:r>
        <w:t>O'zbekiston bayrog'i, gerbi yoki esdalik tangasi rasmini o'z tasavvurlariga ko'ra chizib</w:t>
      </w:r>
      <w:r>
        <w:t xml:space="preserve"> kelish.</w:t>
      </w:r>
    </w:p>
    <w:p w:rsidR="00887D36" w:rsidRDefault="001638CB">
      <w:r>
        <w:rPr>
          <w:b/>
        </w:rPr>
        <w:br/>
        <w:t>Yakuniy so'z:</w:t>
      </w:r>
    </w:p>
    <w:p w:rsidR="00887D36" w:rsidRDefault="001638CB">
      <w:r>
        <w:t>— Aziz o'quvchilar, yangi o'quv yili yana bir bor qutlug' bo'lsin! 2-sinfda sizlarga faqat a'lo baholarga o'qishni tilayman. Biz birgalikda yagona Vatan, yagona xalq bo'lib kelajagimizni yaratamiz! Darsimiz tugadi, xayr, salomat bo'</w:t>
      </w:r>
      <w:r>
        <w:t>ling!</w:t>
      </w:r>
    </w:p>
    <w:p w:rsidR="00887D36" w:rsidRDefault="00887D36"/>
    <w:p w:rsidR="00887D36" w:rsidRDefault="00887D36"/>
    <w:p w:rsidR="00887D36" w:rsidRDefault="001638CB">
      <w:pPr>
        <w:jc w:val="center"/>
      </w:pPr>
      <w:r>
        <w:t>***</w:t>
      </w:r>
    </w:p>
    <w:sectPr w:rsidR="00887D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38CB"/>
    <w:rsid w:val="0029639D"/>
    <w:rsid w:val="00326F90"/>
    <w:rsid w:val="00887D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8B2B7F-EC37-44E2-9967-CC925ACF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Pilotech</cp:lastModifiedBy>
  <cp:revision>2</cp:revision>
  <dcterms:created xsi:type="dcterms:W3CDTF">2013-12-23T23:15:00Z</dcterms:created>
  <dcterms:modified xsi:type="dcterms:W3CDTF">2026-08-26T13:52:00Z</dcterms:modified>
  <cp:category/>
</cp:coreProperties>
</file>