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3F9" w:rsidRDefault="001673F9"/>
    <w:p w:rsidR="001673F9" w:rsidRDefault="001673F9"/>
    <w:p w:rsidR="001673F9" w:rsidRDefault="001673F9"/>
    <w:p w:rsidR="001673F9" w:rsidRDefault="001673F9"/>
    <w:p w:rsidR="001673F9" w:rsidRDefault="001673F9"/>
    <w:p w:rsidR="001673F9" w:rsidRDefault="009D2388">
      <w:pPr>
        <w:jc w:val="center"/>
      </w:pPr>
      <w:r>
        <w:rPr>
          <w:b/>
          <w:sz w:val="32"/>
        </w:rPr>
        <w:t>OʻZBEKISTON RESPUBLIKASI XALQ TA'LIMI VAZIRLIGI</w:t>
      </w:r>
      <w:r>
        <w:rPr>
          <w:b/>
          <w:sz w:val="32"/>
        </w:rPr>
        <w:br/>
      </w:r>
      <w:r>
        <w:rPr>
          <w:b/>
          <w:sz w:val="32"/>
        </w:rPr>
        <w:br/>
      </w:r>
    </w:p>
    <w:p w:rsidR="001673F9" w:rsidRDefault="009604C2">
      <w:pPr>
        <w:jc w:val="center"/>
      </w:pPr>
      <w:r>
        <w:rPr>
          <w:b/>
          <w:sz w:val="48"/>
        </w:rPr>
        <w:t>1-</w:t>
      </w:r>
      <w:bookmarkStart w:id="0" w:name="_GoBack"/>
      <w:r>
        <w:rPr>
          <w:b/>
          <w:sz w:val="48"/>
        </w:rPr>
        <w:t>SINF UCHUN “MUSTAQILLIK DARSI”</w:t>
      </w:r>
      <w:r w:rsidR="009D2388">
        <w:rPr>
          <w:b/>
          <w:sz w:val="48"/>
        </w:rPr>
        <w:br/>
        <w:t>DARS ISHLANMASI</w:t>
      </w:r>
      <w:bookmarkEnd w:id="0"/>
    </w:p>
    <w:p w:rsidR="001673F9" w:rsidRDefault="001673F9"/>
    <w:p w:rsidR="001673F9" w:rsidRDefault="001673F9"/>
    <w:p w:rsidR="001673F9" w:rsidRDefault="009D2388">
      <w:pPr>
        <w:jc w:val="center"/>
      </w:pPr>
      <w:r>
        <w:rPr>
          <w:b/>
          <w:sz w:val="36"/>
        </w:rPr>
        <w:t>Mavzu: Oʻzbekiston Respublikasi davlat mustaqilligining 35 yilligi</w:t>
      </w:r>
    </w:p>
    <w:p w:rsidR="001673F9" w:rsidRDefault="001673F9"/>
    <w:p w:rsidR="001673F9" w:rsidRDefault="001673F9"/>
    <w:p w:rsidR="001673F9" w:rsidRDefault="009D2388">
      <w:pPr>
        <w:jc w:val="center"/>
      </w:pPr>
      <w:r>
        <w:rPr>
          <w:b/>
          <w:color w:val="003399"/>
          <w:sz w:val="36"/>
        </w:rPr>
        <w:t xml:space="preserve">Bosh gʻoya: “Yagona Vatan, yagona xalq boʻlib, yangi hayot va kelajak yaratamiz!” </w:t>
      </w:r>
    </w:p>
    <w:p w:rsidR="001673F9" w:rsidRDefault="001673F9"/>
    <w:p w:rsidR="001673F9" w:rsidRDefault="001673F9"/>
    <w:p w:rsidR="001673F9" w:rsidRDefault="001673F9"/>
    <w:p w:rsidR="001673F9" w:rsidRDefault="001673F9"/>
    <w:p w:rsidR="001673F9" w:rsidRDefault="001673F9"/>
    <w:p w:rsidR="001673F9" w:rsidRDefault="001673F9"/>
    <w:p w:rsidR="001673F9" w:rsidRDefault="009D2388">
      <w:pPr>
        <w:jc w:val="right"/>
      </w:pPr>
      <w:r>
        <w:rPr>
          <w:i/>
        </w:rPr>
        <w:t>Tayyorladi: Boshlang'ich sinf o'qituvchisi _______________________</w:t>
      </w:r>
    </w:p>
    <w:p w:rsidR="001673F9" w:rsidRDefault="009D2388">
      <w:r>
        <w:br w:type="page"/>
      </w:r>
    </w:p>
    <w:p w:rsidR="001673F9" w:rsidRDefault="009D2388">
      <w:pPr>
        <w:pStyle w:val="1"/>
      </w:pPr>
      <w:r>
        <w:lastRenderedPageBreak/>
        <w:t>I. DARS MAVZUSI, MAQSADI VA VAZIFALARI</w:t>
      </w:r>
    </w:p>
    <w:p w:rsidR="001673F9" w:rsidRDefault="009D2388">
      <w:r>
        <w:t>Mavzu: Oʻzbekiston Respublikasi davlat mustaqilligining 35 yilligi bayrami.</w:t>
      </w:r>
      <w:r>
        <w:br/>
      </w:r>
    </w:p>
    <w:p w:rsidR="001673F9" w:rsidRDefault="009D2388">
      <w:r>
        <w:rPr>
          <w:b/>
        </w:rPr>
        <w:t>Darsning maqsadlari:</w:t>
      </w:r>
    </w:p>
    <w:p w:rsidR="001673F9" w:rsidRDefault="009D2388">
      <w:r>
        <w:rPr>
          <w:b/>
        </w:rPr>
        <w:t xml:space="preserve">1. Ta'limiy maqsad: </w:t>
      </w:r>
      <w:r>
        <w:t>O'quvchilarga O'zbekiston Respublikasi davlat mustaqilligining 35 yilligi haqida ilk tushunchalarni berish. "Mustaqillik", "Vatan", "Xalq" so'zlarining mohiyatini ularning yoshiga mos ravishda yetkazish. "Yagona Vatan, yagona xalq boʻlib, yangi hayot va kelajak yaratamiz!" [1] bosh g'oyasining ma'nosini tushuntirish.</w:t>
      </w:r>
    </w:p>
    <w:p w:rsidR="001673F9" w:rsidRDefault="009D2388">
      <w:r>
        <w:rPr>
          <w:b/>
        </w:rPr>
        <w:t xml:space="preserve">2. Tarbiyaviy maqsad: </w:t>
      </w:r>
      <w:r>
        <w:t>Yosh avlod qalbida Vatanga muhabbat, xalqqa sadoqat, milliy g'urur va iftixor tuyg'ularini shakllantirish. Mustaqillik ne'matini qadrlash va asrab-avaylash ruhida tarbiyalash.</w:t>
      </w:r>
    </w:p>
    <w:p w:rsidR="001673F9" w:rsidRDefault="009D2388">
      <w:r>
        <w:rPr>
          <w:b/>
        </w:rPr>
        <w:t xml:space="preserve">3. Rivojlantiruvchi maqsad: </w:t>
      </w:r>
      <w:r>
        <w:t>1-sinf o'quvchilarining og'zaki nutqini o'stirish, maktabga moslashuvini ta'minlash, jamoa bo'lib ishlash va o'z fikrini erkin ifodalash ko'nikmalarini rivojlantirish.</w:t>
      </w:r>
    </w:p>
    <w:p w:rsidR="001673F9" w:rsidRDefault="009D2388">
      <w:r>
        <w:rPr>
          <w:b/>
        </w:rPr>
        <w:t xml:space="preserve">Dars turi: </w:t>
      </w:r>
      <w:r>
        <w:t>Yangi bilim beruvchi, kirish darsi.</w:t>
      </w:r>
    </w:p>
    <w:p w:rsidR="001673F9" w:rsidRDefault="009D2388">
      <w:r>
        <w:rPr>
          <w:b/>
        </w:rPr>
        <w:t xml:space="preserve">Dars uslubi: </w:t>
      </w:r>
      <w:r>
        <w:t>Suhbat, tushuntirish, interfaol o'yinlar, savol-javob.</w:t>
      </w:r>
    </w:p>
    <w:p w:rsidR="001673F9" w:rsidRDefault="009D2388">
      <w:r>
        <w:rPr>
          <w:b/>
        </w:rPr>
        <w:t xml:space="preserve">Dars jihozi: </w:t>
      </w:r>
      <w:r>
        <w:t>O'zbekiston xaritasi, Prezident portreti, Davlat ramzlari (bayroq, gerb, madhiya matni), Mustaqillikning 35 yilligiga bag'ishlangan ko'rgazmali qurollar, plakatlar, proyektor va slaydlar.</w:t>
      </w:r>
    </w:p>
    <w:p w:rsidR="001673F9" w:rsidRDefault="009D2388">
      <w:r>
        <w:rPr>
          <w:b/>
        </w:rPr>
        <w:br/>
        <w:t>Darsning borishi va vaqt taqsimoti (45 daqiqa):</w:t>
      </w:r>
    </w:p>
    <w:tbl>
      <w:tblPr>
        <w:tblStyle w:val="aff0"/>
        <w:tblW w:w="0" w:type="auto"/>
        <w:tblLook w:val="04A0" w:firstRow="1" w:lastRow="0" w:firstColumn="1" w:lastColumn="0" w:noHBand="0" w:noVBand="1"/>
      </w:tblPr>
      <w:tblGrid>
        <w:gridCol w:w="2880"/>
        <w:gridCol w:w="2880"/>
        <w:gridCol w:w="2880"/>
      </w:tblGrid>
      <w:tr w:rsidR="001673F9">
        <w:tc>
          <w:tcPr>
            <w:tcW w:w="2880" w:type="dxa"/>
          </w:tcPr>
          <w:p w:rsidR="001673F9" w:rsidRDefault="009D2388">
            <w:r>
              <w:rPr>
                <w:b/>
              </w:rPr>
              <w:t>Bosqichlar</w:t>
            </w:r>
          </w:p>
        </w:tc>
        <w:tc>
          <w:tcPr>
            <w:tcW w:w="2880" w:type="dxa"/>
          </w:tcPr>
          <w:p w:rsidR="001673F9" w:rsidRDefault="009D2388">
            <w:r>
              <w:rPr>
                <w:b/>
              </w:rPr>
              <w:t>Dars qismi</w:t>
            </w:r>
          </w:p>
        </w:tc>
        <w:tc>
          <w:tcPr>
            <w:tcW w:w="2880" w:type="dxa"/>
          </w:tcPr>
          <w:p w:rsidR="001673F9" w:rsidRDefault="009D2388">
            <w:r>
              <w:rPr>
                <w:b/>
              </w:rPr>
              <w:t>Ajratilgan vaqt</w:t>
            </w:r>
          </w:p>
        </w:tc>
      </w:tr>
      <w:tr w:rsidR="001673F9">
        <w:tc>
          <w:tcPr>
            <w:tcW w:w="2880" w:type="dxa"/>
          </w:tcPr>
          <w:p w:rsidR="001673F9" w:rsidRDefault="009D2388">
            <w:r>
              <w:t>I bosqich</w:t>
            </w:r>
          </w:p>
        </w:tc>
        <w:tc>
          <w:tcPr>
            <w:tcW w:w="2880" w:type="dxa"/>
          </w:tcPr>
          <w:p w:rsidR="001673F9" w:rsidRDefault="009D2388">
            <w:r>
              <w:t>Tashkiliy qism va ruhiy tayyorgarlik</w:t>
            </w:r>
          </w:p>
        </w:tc>
        <w:tc>
          <w:tcPr>
            <w:tcW w:w="2880" w:type="dxa"/>
          </w:tcPr>
          <w:p w:rsidR="001673F9" w:rsidRDefault="009D2388">
            <w:r>
              <w:t>5 daqiqa</w:t>
            </w:r>
          </w:p>
        </w:tc>
      </w:tr>
      <w:tr w:rsidR="001673F9">
        <w:tc>
          <w:tcPr>
            <w:tcW w:w="2880" w:type="dxa"/>
          </w:tcPr>
          <w:p w:rsidR="001673F9" w:rsidRDefault="009D2388">
            <w:r>
              <w:t>II bosqich</w:t>
            </w:r>
          </w:p>
        </w:tc>
        <w:tc>
          <w:tcPr>
            <w:tcW w:w="2880" w:type="dxa"/>
          </w:tcPr>
          <w:p w:rsidR="001673F9" w:rsidRDefault="009D2388">
            <w:r>
              <w:t>Yangi mavzu bayoni (Kirish suhbati)</w:t>
            </w:r>
          </w:p>
        </w:tc>
        <w:tc>
          <w:tcPr>
            <w:tcW w:w="2880" w:type="dxa"/>
          </w:tcPr>
          <w:p w:rsidR="001673F9" w:rsidRDefault="009D2388">
            <w:r>
              <w:t>15 daqiqa</w:t>
            </w:r>
          </w:p>
        </w:tc>
      </w:tr>
      <w:tr w:rsidR="001673F9">
        <w:tc>
          <w:tcPr>
            <w:tcW w:w="2880" w:type="dxa"/>
          </w:tcPr>
          <w:p w:rsidR="001673F9" w:rsidRDefault="009D2388">
            <w:r>
              <w:t>III bosqich</w:t>
            </w:r>
          </w:p>
        </w:tc>
        <w:tc>
          <w:tcPr>
            <w:tcW w:w="2880" w:type="dxa"/>
          </w:tcPr>
          <w:p w:rsidR="001673F9" w:rsidRDefault="009D2388">
            <w:r>
              <w:t>Prezident ishlari va bayram yutuqlari</w:t>
            </w:r>
          </w:p>
        </w:tc>
        <w:tc>
          <w:tcPr>
            <w:tcW w:w="2880" w:type="dxa"/>
          </w:tcPr>
          <w:p w:rsidR="001673F9" w:rsidRDefault="009D2388">
            <w:r>
              <w:t>10 daqiqa</w:t>
            </w:r>
          </w:p>
        </w:tc>
      </w:tr>
      <w:tr w:rsidR="001673F9">
        <w:tc>
          <w:tcPr>
            <w:tcW w:w="2880" w:type="dxa"/>
          </w:tcPr>
          <w:p w:rsidR="001673F9" w:rsidRDefault="009D2388">
            <w:r>
              <w:t>IV bosqich</w:t>
            </w:r>
          </w:p>
        </w:tc>
        <w:tc>
          <w:tcPr>
            <w:tcW w:w="2880" w:type="dxa"/>
          </w:tcPr>
          <w:p w:rsidR="001673F9" w:rsidRDefault="009D2388">
            <w:r>
              <w:t>Amaliy mashg'ulot (O'yin va she'riyat)</w:t>
            </w:r>
          </w:p>
        </w:tc>
        <w:tc>
          <w:tcPr>
            <w:tcW w:w="2880" w:type="dxa"/>
          </w:tcPr>
          <w:p w:rsidR="001673F9" w:rsidRDefault="009D2388">
            <w:r>
              <w:t>10 daqiqa</w:t>
            </w:r>
          </w:p>
        </w:tc>
      </w:tr>
      <w:tr w:rsidR="001673F9">
        <w:tc>
          <w:tcPr>
            <w:tcW w:w="2880" w:type="dxa"/>
          </w:tcPr>
          <w:p w:rsidR="001673F9" w:rsidRDefault="009D2388">
            <w:r>
              <w:lastRenderedPageBreak/>
              <w:t>V bosqich</w:t>
            </w:r>
          </w:p>
        </w:tc>
        <w:tc>
          <w:tcPr>
            <w:tcW w:w="2880" w:type="dxa"/>
          </w:tcPr>
          <w:p w:rsidR="001673F9" w:rsidRDefault="009D2388">
            <w:r>
              <w:t>Darsni yakunlash, xulosa va uyga vazifa</w:t>
            </w:r>
          </w:p>
        </w:tc>
        <w:tc>
          <w:tcPr>
            <w:tcW w:w="2880" w:type="dxa"/>
          </w:tcPr>
          <w:p w:rsidR="001673F9" w:rsidRDefault="009D2388">
            <w:r>
              <w:t>5 daqiqa</w:t>
            </w:r>
          </w:p>
        </w:tc>
      </w:tr>
    </w:tbl>
    <w:p w:rsidR="001673F9" w:rsidRDefault="009D2388">
      <w:r>
        <w:br w:type="page"/>
      </w:r>
    </w:p>
    <w:p w:rsidR="001673F9" w:rsidRDefault="009D2388">
      <w:pPr>
        <w:pStyle w:val="1"/>
      </w:pPr>
      <w:r>
        <w:lastRenderedPageBreak/>
        <w:t>II. TASHKILIY QISM VA RUHIY TAYYORGARLIK</w:t>
      </w:r>
    </w:p>
    <w:p w:rsidR="001673F9" w:rsidRDefault="009D2388">
      <w:r>
        <w:rPr>
          <w:b/>
        </w:rPr>
        <w:t>O'qituvchining kirish so'zlari:</w:t>
      </w:r>
    </w:p>
    <w:p w:rsidR="001673F9" w:rsidRDefault="009D2388">
      <w:r>
        <w:t>— Assalomu alaykum, aziz va bilimga chanqoq jajji bolajonlar! Barchangizni bugungi quvonchli kun — maktabga qadam qo'yganingiz bilan chin dildan tabriklayman. Bugundan boshlab siz "bog'cha bolasi" emas, balki "1-sinf o'quvchisi" degan sharafli nomga ega bo'ldingiz!</w:t>
      </w:r>
    </w:p>
    <w:p w:rsidR="001673F9" w:rsidRDefault="009D2388">
      <w:r>
        <w:rPr>
          <w:b/>
        </w:rPr>
        <w:t>Davomatni aniqlash:</w:t>
      </w:r>
    </w:p>
    <w:p w:rsidR="001673F9" w:rsidRDefault="009D2388">
      <w:r>
        <w:t>O'qituvchi sinf jurnali orqali o'quvchilar ro'yxati bilan tanishadi, kelmaganlarni aniqlaydi va sinf xonasining darsga tayyorgarligini ko'zdan kechiradi.</w:t>
      </w:r>
    </w:p>
    <w:p w:rsidR="001673F9" w:rsidRDefault="009D2388">
      <w:r>
        <w:rPr>
          <w:b/>
        </w:rPr>
        <w:t>Ruhiy va ma'naviy tayyorgarlik:</w:t>
      </w:r>
    </w:p>
    <w:p w:rsidR="001673F9" w:rsidRDefault="009D2388">
      <w:r>
        <w:t>— Bolajonlar, qarang, sinfimiz qanday yorug', shinam va chiroyli! Partalar, kitoblar sizlarni kutmoqda. Buning barchasi yurtimizdagi tinchlik va Mustaqilligimiz sharofatidandir.</w:t>
      </w:r>
    </w:p>
    <w:p w:rsidR="001673F9" w:rsidRDefault="009D2388">
      <w:r>
        <w:rPr>
          <w:b/>
        </w:rPr>
        <w:t>Davlat Madhiyasini ijro etish:</w:t>
      </w:r>
    </w:p>
    <w:p w:rsidR="001673F9" w:rsidRDefault="009D2388">
      <w:r>
        <w:t>— Keling, darsimizni Vatanimizning bosh qo'shig'i — Davlat madhiyasi bilan boshlaymiz. Hamma o'rnidan tursin, qo'limizni ko'ksimizga qo'yib, jo'r bo'lib kuylaymiz.</w:t>
      </w:r>
    </w:p>
    <w:p w:rsidR="001673F9" w:rsidRDefault="009D2388">
      <w:r>
        <w:t>(Audio yozuv orqali O'zbekiston Respublikasi Davlat madhiyasi yangraydi. O'quvchilar o'qituvchi bilan birgalikda tinglaydilar va kuylaydilar).</w:t>
      </w:r>
    </w:p>
    <w:p w:rsidR="001673F9" w:rsidRDefault="009D2388">
      <w:r>
        <w:br w:type="page"/>
      </w:r>
    </w:p>
    <w:p w:rsidR="001673F9" w:rsidRDefault="009D2388">
      <w:pPr>
        <w:pStyle w:val="1"/>
      </w:pPr>
      <w:r>
        <w:lastRenderedPageBreak/>
        <w:t>III. YANGI MAVZU BAYONI: BOSH G'OYA MOHIYATI</w:t>
      </w:r>
    </w:p>
    <w:p w:rsidR="001673F9" w:rsidRDefault="009D2388">
      <w:r>
        <w:rPr>
          <w:b/>
        </w:rPr>
        <w:t>Mavzuni tushuntirish:</w:t>
      </w:r>
    </w:p>
    <w:p w:rsidR="001673F9" w:rsidRDefault="009D2388">
      <w:r>
        <w:t>— Bolajonlar, bugun biz O'zbekiston Respublikasi Mustaqilligining 35 yilligini keng nishonlayapmiz [1, 2]. Mustaqillik nima ekanligini bilasizmi? Mustaqillik — bu o'z uyimizga, o'z yo'limizga, o'z ramzlarimizga o'zimiz ega bo'lishimiz, erkin va baxtli yashashimizdir.</w:t>
      </w:r>
    </w:p>
    <w:p w:rsidR="001673F9" w:rsidRDefault="009D2388">
      <w:r>
        <w:t>O'qituvchi doskaga yirik va rangli harflar bilan yozilgan yozuvga (yoki slaydga) e'tiborni qaratadi:</w:t>
      </w:r>
    </w:p>
    <w:p w:rsidR="001673F9" w:rsidRDefault="009D2388">
      <w:pPr>
        <w:jc w:val="center"/>
      </w:pPr>
      <w:r>
        <w:rPr>
          <w:b/>
          <w:color w:val="CC0000"/>
          <w:sz w:val="32"/>
        </w:rPr>
        <w:t>“Yagona Vatan, yagona xalq boʻlib, yangi hayot va kelajak yaratamiz!” [1]</w:t>
      </w:r>
    </w:p>
    <w:p w:rsidR="001673F9" w:rsidRDefault="009D2388">
      <w:r>
        <w:rPr>
          <w:b/>
        </w:rPr>
        <w:t>Ushbu shiorning mohiyatini bolalarga sodda qilib tushuntirish:</w:t>
      </w:r>
    </w:p>
    <w:p w:rsidR="001673F9" w:rsidRDefault="009D2388">
      <w:r>
        <w:t>• "Yagona Vatan" — Hammamiz bitta go'zal O'zbekiston degan vatanda yashaymiz. Vatan bu bizning tug'ilib o'sgan joyimiz, mahallamiz, maktabimiz.</w:t>
      </w:r>
    </w:p>
    <w:p w:rsidR="001673F9" w:rsidRDefault="009D2388">
      <w:r>
        <w:t>• "Yagona xalq" — Biz hammamiz, qaysi millat vakili bo'lishimizdan qat'i nazar, ahil-inoq oilamiz. Biz bir-birimizga do'stmiz, aka-ukamiz.</w:t>
      </w:r>
    </w:p>
    <w:p w:rsidR="001673F9" w:rsidRDefault="009D2388">
      <w:r>
        <w:t>• "Yangi hayot va kelajak yaratamiz" — Siz, aziz bolajonlar yaxshi o'qisangiz, ota-onangizga munosib farzand bo'lsangiz, Vatanimiz kelajagi yanada go'zal bo'ladi.</w:t>
      </w:r>
    </w:p>
    <w:p w:rsidR="001673F9" w:rsidRDefault="009D2388">
      <w:r>
        <w:rPr>
          <w:b/>
        </w:rPr>
        <w:br/>
        <w:t>Vatan haqidagi tushunchalarni mustahkamlash uchun jadval:</w:t>
      </w:r>
    </w:p>
    <w:tbl>
      <w:tblPr>
        <w:tblStyle w:val="aff0"/>
        <w:tblW w:w="0" w:type="auto"/>
        <w:tblLook w:val="04A0" w:firstRow="1" w:lastRow="0" w:firstColumn="1" w:lastColumn="0" w:noHBand="0" w:noVBand="1"/>
      </w:tblPr>
      <w:tblGrid>
        <w:gridCol w:w="2880"/>
        <w:gridCol w:w="2880"/>
        <w:gridCol w:w="2880"/>
      </w:tblGrid>
      <w:tr w:rsidR="001673F9">
        <w:tc>
          <w:tcPr>
            <w:tcW w:w="2880" w:type="dxa"/>
          </w:tcPr>
          <w:p w:rsidR="001673F9" w:rsidRDefault="009D2388">
            <w:r>
              <w:rPr>
                <w:b/>
              </w:rPr>
              <w:t>Tushuncha</w:t>
            </w:r>
          </w:p>
        </w:tc>
        <w:tc>
          <w:tcPr>
            <w:tcW w:w="2880" w:type="dxa"/>
          </w:tcPr>
          <w:p w:rsidR="001673F9" w:rsidRDefault="009D2388">
            <w:r>
              <w:rPr>
                <w:b/>
              </w:rPr>
              <w:t>Ta'rifi</w:t>
            </w:r>
          </w:p>
        </w:tc>
        <w:tc>
          <w:tcPr>
            <w:tcW w:w="2880" w:type="dxa"/>
          </w:tcPr>
          <w:p w:rsidR="001673F9" w:rsidRDefault="009D2388">
            <w:r>
              <w:rPr>
                <w:b/>
              </w:rPr>
              <w:t>Sizning hayotingizdagi ma'nosi</w:t>
            </w:r>
          </w:p>
        </w:tc>
      </w:tr>
      <w:tr w:rsidR="001673F9">
        <w:tc>
          <w:tcPr>
            <w:tcW w:w="2880" w:type="dxa"/>
          </w:tcPr>
          <w:p w:rsidR="001673F9" w:rsidRDefault="009D2388">
            <w:r>
              <w:t>Vatan</w:t>
            </w:r>
          </w:p>
        </w:tc>
        <w:tc>
          <w:tcPr>
            <w:tcW w:w="2880" w:type="dxa"/>
          </w:tcPr>
          <w:p w:rsidR="001673F9" w:rsidRDefault="009D2388">
            <w:r>
              <w:t>Tug'ilib o'sgan va yashaydigan joy</w:t>
            </w:r>
          </w:p>
        </w:tc>
        <w:tc>
          <w:tcPr>
            <w:tcW w:w="2880" w:type="dxa"/>
          </w:tcPr>
          <w:p w:rsidR="001673F9" w:rsidRDefault="009D2388">
            <w:r>
              <w:t>O'z uyimiz, mahallamiz, sevimli maktabimiz</w:t>
            </w:r>
          </w:p>
        </w:tc>
      </w:tr>
      <w:tr w:rsidR="001673F9">
        <w:tc>
          <w:tcPr>
            <w:tcW w:w="2880" w:type="dxa"/>
          </w:tcPr>
          <w:p w:rsidR="001673F9" w:rsidRDefault="009D2388">
            <w:r>
              <w:t>Xalq</w:t>
            </w:r>
          </w:p>
        </w:tc>
        <w:tc>
          <w:tcPr>
            <w:tcW w:w="2880" w:type="dxa"/>
          </w:tcPr>
          <w:p w:rsidR="001673F9" w:rsidRDefault="009D2388">
            <w:r>
              <w:t>Shu vatanda yashovchi insonlar</w:t>
            </w:r>
          </w:p>
        </w:tc>
        <w:tc>
          <w:tcPr>
            <w:tcW w:w="2880" w:type="dxa"/>
          </w:tcPr>
          <w:p w:rsidR="001673F9" w:rsidRDefault="009D2388">
            <w:r>
              <w:t>Bizning oilamiz, do'stlarimiz, qarindoshlarimiz</w:t>
            </w:r>
          </w:p>
        </w:tc>
      </w:tr>
      <w:tr w:rsidR="001673F9">
        <w:tc>
          <w:tcPr>
            <w:tcW w:w="2880" w:type="dxa"/>
          </w:tcPr>
          <w:p w:rsidR="001673F9" w:rsidRDefault="009D2388">
            <w:r>
              <w:lastRenderedPageBreak/>
              <w:t>Kelajak</w:t>
            </w:r>
          </w:p>
        </w:tc>
        <w:tc>
          <w:tcPr>
            <w:tcW w:w="2880" w:type="dxa"/>
          </w:tcPr>
          <w:p w:rsidR="001673F9" w:rsidRDefault="009D2388">
            <w:r>
              <w:t>Oldinda turgan yorug' kunlar</w:t>
            </w:r>
          </w:p>
        </w:tc>
        <w:tc>
          <w:tcPr>
            <w:tcW w:w="2880" w:type="dxa"/>
          </w:tcPr>
          <w:p w:rsidR="001673F9" w:rsidRDefault="009D2388">
            <w:r>
              <w:t>Katta bo'lib, bilimli inson va yaxshi kasb egasi bo'lish</w:t>
            </w:r>
          </w:p>
        </w:tc>
      </w:tr>
    </w:tbl>
    <w:p w:rsidR="001673F9" w:rsidRDefault="009D2388">
      <w:r>
        <w:br w:type="page"/>
      </w:r>
    </w:p>
    <w:p w:rsidR="001673F9" w:rsidRDefault="009D2388">
      <w:pPr>
        <w:pStyle w:val="1"/>
      </w:pPr>
      <w:r>
        <w:lastRenderedPageBreak/>
        <w:t>IV. PREZIDENTIMIZNING XALQIMIZGA G'AMXO'RLIGI</w:t>
      </w:r>
    </w:p>
    <w:p w:rsidR="001673F9" w:rsidRDefault="009D2388">
      <w:r>
        <w:t>— Bolajonlar, mamlakatimizni kim boshqarishini bilasizmi? (O'quvchilar javobi tinglanadi). Barakalla, O'zbekiston Respublikasi Prezidenti Shavkat Miromonovich Mirziyoyev bobongiz.</w:t>
      </w:r>
    </w:p>
    <w:p w:rsidR="001673F9" w:rsidRDefault="009D2388">
      <w:r>
        <w:rPr>
          <w:b/>
        </w:rPr>
        <w:t>Mustaqillik bayrami arafasidagi amaliy ishlar:</w:t>
      </w:r>
    </w:p>
    <w:p w:rsidR="001673F9" w:rsidRDefault="009D2388">
      <w:r>
        <w:t>Hurmatli Prezidentimiz rahbarligida yurtimizda juda katta o'zgarishlar yuz bermoqda. "Yangi O'zbekiston"ni barpo etish yo'lida Mustaqillik bayrami arafasida qariyb 50 trillion soʻmlik yirik investitsiyaviy loyihalar va ijtimoiy obyektlar foydalanishga topshirildi [1].</w:t>
      </w:r>
    </w:p>
    <w:p w:rsidR="001673F9" w:rsidRDefault="009D2388">
      <w:r>
        <w:t>Buni 1-sinf o'quvchilariga sodda tilda shunday tushuntirish mumkin:</w:t>
      </w:r>
    </w:p>
    <w:p w:rsidR="001673F9" w:rsidRDefault="009D2388">
      <w:r>
        <w:t>1. Yangi maktablar va bog'chalar: Sizdek aqlli bolalar yanada yaxshi sharoitlarda, issiq va chiroyli xonalarda o'qishi uchun yangi ta'lim maskanlari qurildi.</w:t>
      </w:r>
    </w:p>
    <w:p w:rsidR="001673F9" w:rsidRDefault="009D2388">
      <w:r>
        <w:t>2. Yirik zavodlar va korxonalar: Ota-onalaringiz, akalaringiz ishlashi uchun, ularning daromadi ko'payib sizlarga chiroyli kiyimlar va o'yinchoqlar olib berishi uchun yirik zavodlar ishga tushirildi.</w:t>
      </w:r>
    </w:p>
    <w:p w:rsidR="001673F9" w:rsidRDefault="009D2388">
      <w:r>
        <w:t>3. Bog'lar va o'yingohlar: Sizlar darsdan so'ng maza qilib o'ynashingiz, sport bilan shug'ullanishingiz uchun ko'plab istirohat bog'lari va sport majmualari ochildi.</w:t>
      </w:r>
    </w:p>
    <w:p w:rsidR="001673F9" w:rsidRDefault="009D2388">
      <w:r>
        <w:rPr>
          <w:b/>
        </w:rPr>
        <w:br/>
        <w:t>Prezidentimizning e'tibori (Jadval):</w:t>
      </w:r>
    </w:p>
    <w:tbl>
      <w:tblPr>
        <w:tblStyle w:val="aff0"/>
        <w:tblW w:w="0" w:type="auto"/>
        <w:tblLook w:val="04A0" w:firstRow="1" w:lastRow="0" w:firstColumn="1" w:lastColumn="0" w:noHBand="0" w:noVBand="1"/>
      </w:tblPr>
      <w:tblGrid>
        <w:gridCol w:w="2880"/>
        <w:gridCol w:w="2880"/>
        <w:gridCol w:w="2880"/>
      </w:tblGrid>
      <w:tr w:rsidR="001673F9">
        <w:tc>
          <w:tcPr>
            <w:tcW w:w="2880" w:type="dxa"/>
          </w:tcPr>
          <w:p w:rsidR="001673F9" w:rsidRDefault="009D2388">
            <w:r>
              <w:rPr>
                <w:b/>
              </w:rPr>
              <w:t>Kimlarga qaratilgan</w:t>
            </w:r>
          </w:p>
        </w:tc>
        <w:tc>
          <w:tcPr>
            <w:tcW w:w="2880" w:type="dxa"/>
          </w:tcPr>
          <w:p w:rsidR="001673F9" w:rsidRDefault="009D2388">
            <w:r>
              <w:rPr>
                <w:b/>
              </w:rPr>
              <w:t>Amalga oshirilgan ishlar</w:t>
            </w:r>
          </w:p>
        </w:tc>
        <w:tc>
          <w:tcPr>
            <w:tcW w:w="2880" w:type="dxa"/>
          </w:tcPr>
          <w:p w:rsidR="001673F9" w:rsidRDefault="009D2388">
            <w:r>
              <w:rPr>
                <w:b/>
              </w:rPr>
              <w:t>Asosiy maqsad</w:t>
            </w:r>
          </w:p>
        </w:tc>
      </w:tr>
      <w:tr w:rsidR="001673F9">
        <w:tc>
          <w:tcPr>
            <w:tcW w:w="2880" w:type="dxa"/>
          </w:tcPr>
          <w:p w:rsidR="001673F9" w:rsidRDefault="009D2388">
            <w:r>
              <w:t>Yoshlar va Bolalar</w:t>
            </w:r>
          </w:p>
        </w:tc>
        <w:tc>
          <w:tcPr>
            <w:tcW w:w="2880" w:type="dxa"/>
          </w:tcPr>
          <w:p w:rsidR="001673F9" w:rsidRDefault="009D2388">
            <w:r>
              <w:t>Yangi zamonaviy maktablar, sport inshootlari va bog'chalar qurildi.</w:t>
            </w:r>
          </w:p>
        </w:tc>
        <w:tc>
          <w:tcPr>
            <w:tcW w:w="2880" w:type="dxa"/>
          </w:tcPr>
          <w:p w:rsidR="001673F9" w:rsidRDefault="009D2388">
            <w:r>
              <w:t>Bolalarning sifatli ta'lim olishi va sog'lom o'sishi.</w:t>
            </w:r>
          </w:p>
        </w:tc>
      </w:tr>
      <w:tr w:rsidR="001673F9">
        <w:tc>
          <w:tcPr>
            <w:tcW w:w="2880" w:type="dxa"/>
          </w:tcPr>
          <w:p w:rsidR="001673F9" w:rsidRDefault="009D2388">
            <w:r>
              <w:t>Kattalar va Oila</w:t>
            </w:r>
          </w:p>
        </w:tc>
        <w:tc>
          <w:tcPr>
            <w:tcW w:w="2880" w:type="dxa"/>
          </w:tcPr>
          <w:p w:rsidR="001673F9" w:rsidRDefault="009D2388">
            <w:r>
              <w:t>Yangi ish o'rinlari, yirik zavodlar va uy-joylar barpo etildi.</w:t>
            </w:r>
          </w:p>
        </w:tc>
        <w:tc>
          <w:tcPr>
            <w:tcW w:w="2880" w:type="dxa"/>
          </w:tcPr>
          <w:p w:rsidR="001673F9" w:rsidRDefault="009D2388">
            <w:r>
              <w:t>Oilalarning farovon, boy va xotirjam yashashi.</w:t>
            </w:r>
          </w:p>
        </w:tc>
      </w:tr>
      <w:tr w:rsidR="001673F9">
        <w:tc>
          <w:tcPr>
            <w:tcW w:w="2880" w:type="dxa"/>
          </w:tcPr>
          <w:p w:rsidR="001673F9" w:rsidRDefault="009D2388">
            <w:r>
              <w:t>Butun Xalq</w:t>
            </w:r>
          </w:p>
        </w:tc>
        <w:tc>
          <w:tcPr>
            <w:tcW w:w="2880" w:type="dxa"/>
          </w:tcPr>
          <w:p w:rsidR="001673F9" w:rsidRDefault="009D2388">
            <w:r>
              <w:t xml:space="preserve">50 trillion soʻmlik yirik </w:t>
            </w:r>
            <w:r>
              <w:lastRenderedPageBreak/>
              <w:t>loyihalar amaliyotga joriy etildi [1].</w:t>
            </w:r>
          </w:p>
        </w:tc>
        <w:tc>
          <w:tcPr>
            <w:tcW w:w="2880" w:type="dxa"/>
          </w:tcPr>
          <w:p w:rsidR="001673F9" w:rsidRDefault="009D2388">
            <w:r>
              <w:lastRenderedPageBreak/>
              <w:t xml:space="preserve">O'zbekistonning </w:t>
            </w:r>
            <w:r>
              <w:lastRenderedPageBreak/>
              <w:t>jahonda qudratli davlatga aylanishi.</w:t>
            </w:r>
          </w:p>
        </w:tc>
      </w:tr>
    </w:tbl>
    <w:p w:rsidR="001673F9" w:rsidRDefault="009D2388">
      <w:r>
        <w:lastRenderedPageBreak/>
        <w:br w:type="page"/>
      </w:r>
    </w:p>
    <w:p w:rsidR="001673F9" w:rsidRDefault="009D2388">
      <w:pPr>
        <w:pStyle w:val="1"/>
      </w:pPr>
      <w:r>
        <w:lastRenderedPageBreak/>
        <w:t>V. BAYRAM ESDALIK NISHONLARI VA TANGALARI</w:t>
      </w:r>
    </w:p>
    <w:p w:rsidR="001673F9" w:rsidRDefault="009D2388">
      <w:r>
        <w:t>O'qituvchi slayd orqali maxsus esdalik nishonlari va tangalarning suratlarini namoyish etadi.</w:t>
      </w:r>
    </w:p>
    <w:p w:rsidR="001673F9" w:rsidRDefault="009D2388">
      <w:r>
        <w:rPr>
          <w:b/>
        </w:rPr>
        <w:t>“Oʻzbekiston Respublikasi mustaqilligining 35 yilligi” esdalik nishoni:</w:t>
      </w:r>
    </w:p>
    <w:p w:rsidR="001673F9" w:rsidRDefault="009D2388">
      <w:r>
        <w:t>— Bolalar, qarang, bu qanday chiroyli medal! Bayram munosabati bilan davlatimiz tomonidan maxsus “Oʻzbekiston Respublikasi mustaqilligining 35 yilligi” esdalik nishoni taʼsis etildi [1, 2]. Bu nishon Vatanimiz taraqqiyoti, uning obodligi uchun tinmay mehnat qilgan eng fidoyi insonlarga, bilimdon o'qituvchilarga, shifokorlarga topshiriladi. Siz ham kelajakda yaxshi inson bo'lib yetsangiz, albatta bunday mukofotlarga sazovor bo'lasiz!</w:t>
      </w:r>
    </w:p>
    <w:p w:rsidR="001673F9" w:rsidRDefault="009D2388">
      <w:r>
        <w:rPr>
          <w:b/>
        </w:rPr>
        <w:t>Markaziy bank tomonidan ta'sis etilgan esdalik oltin tangalari:</w:t>
      </w:r>
    </w:p>
    <w:p w:rsidR="001673F9" w:rsidRDefault="009D2388">
      <w:r>
        <w:t>— Yana bir qiziqarli yangilik! Davlatimizning Markaziy banki tomonidan Mustaqilligimizning 35 yilligiga bag'ishlab maxsus esdalik oltin tangalari chiqarildi [1, 2]. Bu tangalarda go'zal O'zbekistonimizning ramzlari, bayram shukuhi aks etgan. Bu tangalar o'zbek xalqining yutug'i tariximizda yodda qolishi uchun yasalgan oltin xazinadir.</w:t>
      </w:r>
    </w:p>
    <w:p w:rsidR="001673F9" w:rsidRDefault="009D2388">
      <w:r>
        <w:rPr>
          <w:i/>
        </w:rPr>
        <w:t>O'qituvchi savoli:</w:t>
      </w:r>
    </w:p>
    <w:p w:rsidR="001673F9" w:rsidRDefault="009D2388">
      <w:r>
        <w:t>— Qani ayting-chi, siz ham kelajakda Vatan uchun xizmat qilib, shunday medallar olishni xohlaysizmi?</w:t>
      </w:r>
    </w:p>
    <w:p w:rsidR="001673F9" w:rsidRDefault="009D2388">
      <w:r>
        <w:t>(Bolalarning jo'r bo'lib "Haa!" degan javoblari tinglanadi va ularning ishtiyoqi rag'batlantiriladi).</w:t>
      </w:r>
    </w:p>
    <w:p w:rsidR="001673F9" w:rsidRDefault="009D2388">
      <w:r>
        <w:br w:type="page"/>
      </w:r>
    </w:p>
    <w:p w:rsidR="001673F9" w:rsidRDefault="009D2388">
      <w:pPr>
        <w:pStyle w:val="1"/>
      </w:pPr>
      <w:r>
        <w:lastRenderedPageBreak/>
        <w:t>VI. AMALIY MASHG'ULOT VA SHE'RIYAT DAQIQASI</w:t>
      </w:r>
    </w:p>
    <w:p w:rsidR="001673F9" w:rsidRDefault="009D2388">
      <w:r>
        <w:rPr>
          <w:b/>
        </w:rPr>
        <w:t>Dam olish daqiqasi: "Besh barmoq" jismoniy mashqi</w:t>
      </w:r>
    </w:p>
    <w:p w:rsidR="001673F9" w:rsidRDefault="009D2388">
      <w:r>
        <w:t>Bolajonlar o'rnilaridan turadilar va o'qituvchi bilan birgalikda barmoq mashqlarini bajaradilar:</w:t>
      </w:r>
      <w:r>
        <w:br/>
        <w:t>Bosh barmog'im - bobojonim,</w:t>
      </w:r>
      <w:r>
        <w:br/>
        <w:t>Ko'rsatkichim - buvijonim,</w:t>
      </w:r>
      <w:r>
        <w:br/>
        <w:t>O'rta barmoq - dadajonim,</w:t>
      </w:r>
      <w:r>
        <w:br/>
        <w:t>Nomsiz barmoq - onajonim,</w:t>
      </w:r>
      <w:r>
        <w:br/>
        <w:t>Jajji barmoq - bu men o'zim,</w:t>
      </w:r>
      <w:r>
        <w:br/>
        <w:t>Ahil oilam - ko'zim-nurim!</w:t>
      </w:r>
    </w:p>
    <w:p w:rsidR="001673F9" w:rsidRDefault="009D2388">
      <w:r>
        <w:rPr>
          <w:b/>
        </w:rPr>
        <w:br/>
        <w:t>Amaliy vazifa: "Mening bayrog'im"</w:t>
      </w:r>
    </w:p>
    <w:p w:rsidR="001673F9" w:rsidRDefault="009D2388">
      <w:r>
        <w:t>O'qituvchi bolalarga O'zbekiston davlat bayrog'i tushirilgan, ammo ranglanmagan (oq-qora) tarqatma materiallarni tarqatadi. O'quvchilar rangli qalamlar yordamida bayroqni to'g'ri ketma-ketlikda (moviy, oq, yashil, qizil hoshiya, oy va yulduzlar) bo'yaydilar. Jarayon davomida o'qituvchi har bir bolaga yordam berib, bayroq ranglarining ma'nosini qisqacha tushuntirib o'tadi.</w:t>
      </w:r>
    </w:p>
    <w:p w:rsidR="001673F9" w:rsidRDefault="009D2388">
      <w:r>
        <w:rPr>
          <w:b/>
        </w:rPr>
        <w:br/>
        <w:t>She'riyat daqiqasi:</w:t>
      </w:r>
    </w:p>
    <w:p w:rsidR="001673F9" w:rsidRDefault="009D2388">
      <w:r>
        <w:t>O'qituvchi doskada yozilgan yoki ekranda ko'rsatilgan qisqa she'rni o'qiydi, o'quvchilar uni xor bo'lib qaytaradilar:</w:t>
      </w:r>
    </w:p>
    <w:p w:rsidR="001673F9" w:rsidRDefault="009D2388">
      <w:pPr>
        <w:jc w:val="center"/>
      </w:pPr>
      <w:r>
        <w:rPr>
          <w:i/>
          <w:color w:val="006600"/>
        </w:rPr>
        <w:t>Vatanjonim – Vatanim,</w:t>
      </w:r>
      <w:r>
        <w:rPr>
          <w:i/>
          <w:color w:val="006600"/>
        </w:rPr>
        <w:br/>
        <w:t>Ko'zlarimning gavhari.</w:t>
      </w:r>
      <w:r>
        <w:rPr>
          <w:i/>
          <w:color w:val="006600"/>
        </w:rPr>
        <w:br/>
        <w:t>Sensan mening onajonim,</w:t>
      </w:r>
      <w:r>
        <w:rPr>
          <w:i/>
          <w:color w:val="006600"/>
        </w:rPr>
        <w:br/>
        <w:t>Sensan umrim raxbari!</w:t>
      </w:r>
      <w:r>
        <w:rPr>
          <w:i/>
          <w:color w:val="006600"/>
        </w:rPr>
        <w:br/>
      </w:r>
      <w:r>
        <w:rPr>
          <w:i/>
          <w:color w:val="006600"/>
        </w:rPr>
        <w:br/>
        <w:t>Yashnab turgin har qachon,</w:t>
      </w:r>
      <w:r>
        <w:rPr>
          <w:i/>
          <w:color w:val="006600"/>
        </w:rPr>
        <w:br/>
        <w:t>Men senga bo'lay qalqon!</w:t>
      </w:r>
      <w:r>
        <w:rPr>
          <w:i/>
          <w:color w:val="006600"/>
        </w:rPr>
        <w:br/>
        <w:t>O'zbekiston – jon Vatan,</w:t>
      </w:r>
      <w:r>
        <w:rPr>
          <w:i/>
          <w:color w:val="006600"/>
        </w:rPr>
        <w:br/>
        <w:t>Yashnasin tinchlik, zamon!</w:t>
      </w:r>
    </w:p>
    <w:p w:rsidR="001673F9" w:rsidRDefault="009D2388">
      <w:r>
        <w:lastRenderedPageBreak/>
        <w:br w:type="page"/>
      </w:r>
    </w:p>
    <w:p w:rsidR="001673F9" w:rsidRDefault="009D2388">
      <w:pPr>
        <w:pStyle w:val="1"/>
      </w:pPr>
      <w:r>
        <w:lastRenderedPageBreak/>
        <w:t>VII. ZAMONAVIY BAYRAM: MEDIA VA XESHTEGLAR</w:t>
      </w:r>
    </w:p>
    <w:p w:rsidR="001673F9" w:rsidRDefault="009D2388">
      <w:r>
        <w:rPr>
          <w:b/>
        </w:rPr>
        <w:t>O'qituvchi:</w:t>
      </w:r>
    </w:p>
    <w:p w:rsidR="001673F9" w:rsidRDefault="009D2388">
      <w:r>
        <w:t>— Bolajonlar, hozirgi kunda barchaning uyida televizor, telefon va internet bor. Mustaqilligimizning 35 yilligi faqatgina ko'chalarda va maktablarda emas, balki internet tarmog'ida ham katta xursandchilik bilan nishonlanmoqda [1].</w:t>
      </w:r>
    </w:p>
    <w:p w:rsidR="001673F9" w:rsidRDefault="009D2388">
      <w:r>
        <w:rPr>
          <w:b/>
        </w:rPr>
        <w:t>Ijtimoiy tarmoqlardagi xeshteglar:</w:t>
      </w:r>
    </w:p>
    <w:p w:rsidR="001673F9" w:rsidRDefault="009D2388">
      <w:r>
        <w:t>Ekranda ko'rsatiladi:</w:t>
      </w:r>
    </w:p>
    <w:p w:rsidR="001673F9" w:rsidRDefault="009D2388">
      <w:pPr>
        <w:jc w:val="center"/>
      </w:pPr>
      <w:r>
        <w:rPr>
          <w:b/>
          <w:color w:val="0033CC"/>
          <w:sz w:val="40"/>
        </w:rPr>
        <w:t>#Mustaqillik35</w:t>
      </w:r>
      <w:r>
        <w:rPr>
          <w:b/>
          <w:color w:val="0033CC"/>
          <w:sz w:val="40"/>
        </w:rPr>
        <w:br/>
        <w:t>#Uzb35</w:t>
      </w:r>
    </w:p>
    <w:p w:rsidR="001673F9" w:rsidRDefault="009D2388">
      <w:r>
        <w:t>Ijtimoiy tarmoqlarda ushbu xeshteglar ostida fleshmoblar va bayram tadbirlari o'tkazilmoqda [1]. Bu belgilarga (xeshteglarga) kirganingizda nimalarni ko'rasiz? Vatanimizning barcha burchaklarida o'tkazilayotgan fleshmoblar, bayram tomoshalari va quvonchli lahzalarni tomosha qilasiz.</w:t>
      </w:r>
    </w:p>
    <w:p w:rsidR="001673F9" w:rsidRDefault="009D2388">
      <w:r>
        <w:rPr>
          <w:b/>
        </w:rPr>
        <w:t>Telekanallardagi bayram:</w:t>
      </w:r>
    </w:p>
    <w:p w:rsidR="001673F9" w:rsidRDefault="009D2388">
      <w:r>
        <w:t>Telekanallarda maxsus hujjatli filmlar, ko'rsatuvlar namoyish etilmoqda [1]. Ayniqsa, siz bolajonlar uchun tayyorlangan maxsus dasturlar Mustaqillik bayrami shukuhini yetkazib beradi.</w:t>
      </w:r>
    </w:p>
    <w:p w:rsidR="001673F9" w:rsidRDefault="009D2388">
      <w:r>
        <w:t>Bugun maktabdan uyga borganingizda, ota-onangiz bilan birgalikda televizor orqali shu bayram tadbirlarini tomosha qilishni unutmang. Bu sizga juda yoqadi!</w:t>
      </w:r>
    </w:p>
    <w:p w:rsidR="001673F9" w:rsidRDefault="009D2388">
      <w:r>
        <w:br w:type="page"/>
      </w:r>
    </w:p>
    <w:p w:rsidR="001673F9" w:rsidRDefault="009D2388">
      <w:pPr>
        <w:pStyle w:val="1"/>
      </w:pPr>
      <w:r>
        <w:lastRenderedPageBreak/>
        <w:t>VIII. DARSNI MUSTAHKAMLASH: QIZIQARLI SAVOL-JAVOBLAR</w:t>
      </w:r>
    </w:p>
    <w:p w:rsidR="001673F9" w:rsidRDefault="009D2388">
      <w:r>
        <w:t>— Qani bolajonlar, bugungi darsimizda nimalarni o'rgandik? O'yin orqali bilib olamiz. Men savol beraman, siz javob berasiz.</w:t>
      </w:r>
    </w:p>
    <w:tbl>
      <w:tblPr>
        <w:tblStyle w:val="aff0"/>
        <w:tblW w:w="0" w:type="auto"/>
        <w:tblLook w:val="04A0" w:firstRow="1" w:lastRow="0" w:firstColumn="1" w:lastColumn="0" w:noHBand="0" w:noVBand="1"/>
      </w:tblPr>
      <w:tblGrid>
        <w:gridCol w:w="4320"/>
        <w:gridCol w:w="4320"/>
      </w:tblGrid>
      <w:tr w:rsidR="001673F9">
        <w:tc>
          <w:tcPr>
            <w:tcW w:w="4320" w:type="dxa"/>
          </w:tcPr>
          <w:p w:rsidR="001673F9" w:rsidRDefault="009D2388">
            <w:r>
              <w:rPr>
                <w:b/>
              </w:rPr>
              <w:t>O'qituvchining savoli</w:t>
            </w:r>
          </w:p>
        </w:tc>
        <w:tc>
          <w:tcPr>
            <w:tcW w:w="4320" w:type="dxa"/>
          </w:tcPr>
          <w:p w:rsidR="001673F9" w:rsidRDefault="009D2388">
            <w:r>
              <w:rPr>
                <w:b/>
              </w:rPr>
              <w:t>O'quvchining kutilayotgan javobi</w:t>
            </w:r>
          </w:p>
        </w:tc>
      </w:tr>
      <w:tr w:rsidR="001673F9">
        <w:tc>
          <w:tcPr>
            <w:tcW w:w="4320" w:type="dxa"/>
          </w:tcPr>
          <w:p w:rsidR="001673F9" w:rsidRDefault="009D2388">
            <w:r>
              <w:t>Jonajon Vatanimizning nomi nima?</w:t>
            </w:r>
          </w:p>
        </w:tc>
        <w:tc>
          <w:tcPr>
            <w:tcW w:w="4320" w:type="dxa"/>
          </w:tcPr>
          <w:p w:rsidR="001673F9" w:rsidRDefault="009D2388">
            <w:r>
              <w:t>O'zbekiston!</w:t>
            </w:r>
          </w:p>
        </w:tc>
      </w:tr>
      <w:tr w:rsidR="001673F9">
        <w:tc>
          <w:tcPr>
            <w:tcW w:w="4320" w:type="dxa"/>
          </w:tcPr>
          <w:p w:rsidR="001673F9" w:rsidRDefault="009D2388">
            <w:r>
              <w:t>Biz bu yil Mustaqilligimizning necha yoshini nishonlayapmiz?</w:t>
            </w:r>
          </w:p>
        </w:tc>
        <w:tc>
          <w:tcPr>
            <w:tcW w:w="4320" w:type="dxa"/>
          </w:tcPr>
          <w:p w:rsidR="001673F9" w:rsidRDefault="009D2388">
            <w:r>
              <w:t>35 yilligini (35 yoshini)!</w:t>
            </w:r>
          </w:p>
        </w:tc>
      </w:tr>
      <w:tr w:rsidR="001673F9">
        <w:tc>
          <w:tcPr>
            <w:tcW w:w="4320" w:type="dxa"/>
          </w:tcPr>
          <w:p w:rsidR="001673F9" w:rsidRDefault="009D2388">
            <w:r>
              <w:t>Bayramimizning asosiy shiori nima ekan?</w:t>
            </w:r>
          </w:p>
        </w:tc>
        <w:tc>
          <w:tcPr>
            <w:tcW w:w="4320" w:type="dxa"/>
          </w:tcPr>
          <w:p w:rsidR="001673F9" w:rsidRDefault="009D2388">
            <w:r>
              <w:t>“Yagona Vatan, yagona xalq boʻlib, yangi hayot va kelajak yaratamiz!”</w:t>
            </w:r>
          </w:p>
        </w:tc>
      </w:tr>
      <w:tr w:rsidR="001673F9">
        <w:tc>
          <w:tcPr>
            <w:tcW w:w="4320" w:type="dxa"/>
          </w:tcPr>
          <w:p w:rsidR="001673F9" w:rsidRDefault="009D2388">
            <w:r>
              <w:t>Yurtimiz rahbari, Prezidentimiz kim?</w:t>
            </w:r>
          </w:p>
        </w:tc>
        <w:tc>
          <w:tcPr>
            <w:tcW w:w="4320" w:type="dxa"/>
          </w:tcPr>
          <w:p w:rsidR="001673F9" w:rsidRDefault="009D2388">
            <w:r>
              <w:t>Shavkat Miromonovich Mirziyoyev.</w:t>
            </w:r>
          </w:p>
        </w:tc>
      </w:tr>
      <w:tr w:rsidR="001673F9">
        <w:tc>
          <w:tcPr>
            <w:tcW w:w="4320" w:type="dxa"/>
          </w:tcPr>
          <w:p w:rsidR="001673F9" w:rsidRDefault="009D2388">
            <w:r>
              <w:t>Bayramga bag'ishlab qanday nishonlar chiqarildi?</w:t>
            </w:r>
          </w:p>
        </w:tc>
        <w:tc>
          <w:tcPr>
            <w:tcW w:w="4320" w:type="dxa"/>
          </w:tcPr>
          <w:p w:rsidR="001673F9" w:rsidRDefault="009D2388">
            <w:r>
              <w:t>35 yillik esdalik nishoni va oltin tangalar [1, 2].</w:t>
            </w:r>
          </w:p>
        </w:tc>
      </w:tr>
      <w:tr w:rsidR="001673F9">
        <w:tc>
          <w:tcPr>
            <w:tcW w:w="4320" w:type="dxa"/>
          </w:tcPr>
          <w:p w:rsidR="001673F9" w:rsidRDefault="009D2388">
            <w:r>
              <w:t>Internetda bayram qaysi xeshteglar bilan yuritilmoqda?</w:t>
            </w:r>
          </w:p>
        </w:tc>
        <w:tc>
          <w:tcPr>
            <w:tcW w:w="4320" w:type="dxa"/>
          </w:tcPr>
          <w:p w:rsidR="001673F9" w:rsidRDefault="009D2388">
            <w:r>
              <w:t>#Mustaqillik35 va #Uzb35 [1].</w:t>
            </w:r>
          </w:p>
        </w:tc>
      </w:tr>
    </w:tbl>
    <w:p w:rsidR="001673F9" w:rsidRDefault="009D2388">
      <w:r>
        <w:rPr>
          <w:b/>
        </w:rPr>
        <w:br/>
        <w:t>Bolalarni rag'batlantirish:</w:t>
      </w:r>
    </w:p>
    <w:p w:rsidR="001673F9" w:rsidRDefault="009D2388">
      <w:r>
        <w:t>Darsda faol ishtirok etgan, savollarga to'g'ri javob bergan va rasm chizishda yaxshi qatnashgan o'quvchilarga qarsaklar chalinadi. Bu ularning maktabdagi ilk yutuqlari bo'lib, o'qishga qiziqishini oshiradi.</w:t>
      </w:r>
    </w:p>
    <w:p w:rsidR="001673F9" w:rsidRDefault="009D2388">
      <w:r>
        <w:br w:type="page"/>
      </w:r>
    </w:p>
    <w:p w:rsidR="001673F9" w:rsidRDefault="009D2388">
      <w:pPr>
        <w:pStyle w:val="1"/>
      </w:pPr>
      <w:r>
        <w:lastRenderedPageBreak/>
        <w:t>IX. XULOSA, BAHOLASH VA UYGA VAZIFA</w:t>
      </w:r>
    </w:p>
    <w:p w:rsidR="001673F9" w:rsidRDefault="009D2388">
      <w:r>
        <w:rPr>
          <w:b/>
        </w:rPr>
        <w:t>Darsning xulosasi:</w:t>
      </w:r>
    </w:p>
    <w:p w:rsidR="001673F9" w:rsidRDefault="009D2388">
      <w:r>
        <w:t>O'zbekiston bizning yagona, jonajon Vatanimiz. Biz uning quvnoq va baxtli farzandlarimiz. Yaxshi o'qishimiz, odob-axloqimiz va mehnatimiz bilan Vatanimiz kelajagini yanada go'zal qilish — bizning burchimizdir.</w:t>
      </w:r>
    </w:p>
    <w:p w:rsidR="001673F9" w:rsidRDefault="009D2388">
      <w:r>
        <w:rPr>
          <w:b/>
        </w:rPr>
        <w:t>Baholash va Rag'batlantirish:</w:t>
      </w:r>
    </w:p>
    <w:p w:rsidR="001673F9" w:rsidRDefault="009D2388">
      <w:r>
        <w:t>1-sinf o'quvchilariga ilk darslarda baho qo'yilmaydi. Shuning uchun o'qituvchi ularga qizil rangda yozilgan "Barakalla!", "Ofarin!", "Tasanno!" kabi so'zlar tushirilgan chiroyli rag'bat kartochkalarini tarqatadi. Barcha bolalar darsdan xursand bo'lib chiqishlari ta'minlanadi.</w:t>
      </w:r>
    </w:p>
    <w:p w:rsidR="001673F9" w:rsidRDefault="009D2388">
      <w:r>
        <w:rPr>
          <w:b/>
        </w:rPr>
        <w:t>Uyga vazifa:</w:t>
      </w:r>
    </w:p>
    <w:p w:rsidR="001673F9" w:rsidRDefault="009D2388">
      <w:r>
        <w:rPr>
          <w:b/>
        </w:rPr>
        <w:t xml:space="preserve">1. </w:t>
      </w:r>
      <w:r>
        <w:t>Oila a'zolari (ota-ona, bobo-buvi) bilan birgalikda bayram tadbirlarini va #Mustaqillik35 fleshmoblarini televizor yoki internet orqali tomosha qilish [1].</w:t>
      </w:r>
    </w:p>
    <w:p w:rsidR="001673F9" w:rsidRDefault="009D2388">
      <w:r>
        <w:rPr>
          <w:b/>
        </w:rPr>
        <w:t xml:space="preserve">2. </w:t>
      </w:r>
      <w:r>
        <w:t>Darsda yodlangan "Vatanjonim – Vatanim" she'rini ota-onaga aytib berish.</w:t>
      </w:r>
    </w:p>
    <w:p w:rsidR="001673F9" w:rsidRDefault="009D2388">
      <w:r>
        <w:rPr>
          <w:b/>
        </w:rPr>
        <w:t xml:space="preserve">3. </w:t>
      </w:r>
      <w:r>
        <w:t>Uyda erkin mavzuda, bayram shukuhini tasvirlovchi kichik rasm chizib kelish.</w:t>
      </w:r>
    </w:p>
    <w:p w:rsidR="001673F9" w:rsidRDefault="009D2388">
      <w:r>
        <w:rPr>
          <w:b/>
        </w:rPr>
        <w:br/>
        <w:t>Yakuniy so'z:</w:t>
      </w:r>
    </w:p>
    <w:p w:rsidR="001673F9" w:rsidRDefault="009D2388">
      <w:r>
        <w:t>— Aziz o'quvchilar, bugungi "Mustaqillik darsimiz" o'z nihoyasiga yetdi. Yangi o'quv yili muborak bo'lsin! Hammangizga a'lo baholarga o'qishni va kelajakda komil inson bo'lib yetishishni tilayman. Xayr, salomat bo'ling!</w:t>
      </w:r>
    </w:p>
    <w:p w:rsidR="001673F9" w:rsidRDefault="001673F9"/>
    <w:p w:rsidR="001673F9" w:rsidRDefault="001673F9"/>
    <w:p w:rsidR="001673F9" w:rsidRDefault="009D2388">
      <w:pPr>
        <w:jc w:val="center"/>
      </w:pPr>
      <w:r>
        <w:t>***</w:t>
      </w:r>
    </w:p>
    <w:sectPr w:rsidR="001673F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73F9"/>
    <w:rsid w:val="0029639D"/>
    <w:rsid w:val="00326F90"/>
    <w:rsid w:val="009604C2"/>
    <w:rsid w:val="009D238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EFC23-1E6A-4B20-BB79-0F5C8662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4</cp:revision>
  <dcterms:created xsi:type="dcterms:W3CDTF">2013-12-23T23:15:00Z</dcterms:created>
  <dcterms:modified xsi:type="dcterms:W3CDTF">2026-08-26T13:51:00Z</dcterms:modified>
  <cp:category/>
</cp:coreProperties>
</file>